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34AB9" w14:textId="77777777" w:rsidR="00A46EA7" w:rsidRPr="002C0E7B" w:rsidRDefault="00000000">
      <w:pPr>
        <w:jc w:val="center"/>
        <w:rPr>
          <w:rFonts w:ascii="Twinkl Cursive Looped" w:hAnsi="Twinkl Cursive Looped"/>
        </w:rPr>
      </w:pPr>
      <w:r w:rsidRPr="002C0E7B">
        <w:rPr>
          <w:rFonts w:ascii="Twinkl Cursive Looped" w:hAnsi="Twinkl Cursive Looped"/>
          <w:b/>
          <w:sz w:val="40"/>
        </w:rPr>
        <w:t>Pupil Premium Strategy Statement</w:t>
      </w:r>
      <w:r w:rsidRPr="002C0E7B">
        <w:rPr>
          <w:rFonts w:ascii="Twinkl Cursive Looped" w:hAnsi="Twinkl Cursive Looped"/>
          <w:b/>
          <w:sz w:val="40"/>
        </w:rPr>
        <w:br/>
        <w:t>Penwortham Broad Oak Primary School</w:t>
      </w:r>
    </w:p>
    <w:p w14:paraId="4E068A53" w14:textId="77777777" w:rsidR="00A46EA7" w:rsidRPr="002C0E7B" w:rsidRDefault="00000000">
      <w:pPr>
        <w:rPr>
          <w:rFonts w:ascii="Twinkl Cursive Looped" w:hAnsi="Twinkl Cursive Looped"/>
        </w:rPr>
      </w:pPr>
      <w:r w:rsidRPr="002C0E7B">
        <w:rPr>
          <w:rFonts w:ascii="Twinkl Cursive Looped" w:hAnsi="Twinkl Cursive Looped"/>
        </w:rPr>
        <w:t>Academic Year 2024–2025</w:t>
      </w:r>
    </w:p>
    <w:p w14:paraId="6BF57A4D" w14:textId="77777777" w:rsidR="00A46EA7" w:rsidRPr="002C0E7B" w:rsidRDefault="00000000">
      <w:pPr>
        <w:pStyle w:val="Heading1"/>
        <w:rPr>
          <w:rFonts w:ascii="Twinkl Cursive Looped" w:hAnsi="Twinkl Cursive Looped"/>
          <w:color w:val="auto"/>
        </w:rPr>
      </w:pPr>
      <w:r w:rsidRPr="002C0E7B">
        <w:rPr>
          <w:rFonts w:ascii="Twinkl Cursive Looped" w:hAnsi="Twinkl Cursive Looped"/>
          <w:color w:val="auto"/>
        </w:rPr>
        <w:t>School Overview</w:t>
      </w:r>
    </w:p>
    <w:tbl>
      <w:tblPr>
        <w:tblStyle w:val="TableGrid"/>
        <w:tblW w:w="0" w:type="auto"/>
        <w:tblLook w:val="04A0" w:firstRow="1" w:lastRow="0" w:firstColumn="1" w:lastColumn="0" w:noHBand="0" w:noVBand="1"/>
      </w:tblPr>
      <w:tblGrid>
        <w:gridCol w:w="4315"/>
        <w:gridCol w:w="4315"/>
      </w:tblGrid>
      <w:tr w:rsidR="00A46EA7" w:rsidRPr="002C0E7B" w14:paraId="0EA37E2A" w14:textId="77777777">
        <w:tc>
          <w:tcPr>
            <w:tcW w:w="4320" w:type="dxa"/>
          </w:tcPr>
          <w:p w14:paraId="4361C83F" w14:textId="77777777" w:rsidR="00A46EA7" w:rsidRPr="002C0E7B" w:rsidRDefault="00000000">
            <w:pPr>
              <w:rPr>
                <w:rFonts w:ascii="Twinkl Cursive Looped" w:hAnsi="Twinkl Cursive Looped"/>
              </w:rPr>
            </w:pPr>
            <w:r w:rsidRPr="002C0E7B">
              <w:rPr>
                <w:rFonts w:ascii="Twinkl Cursive Looped" w:hAnsi="Twinkl Cursive Looped"/>
              </w:rPr>
              <w:t>Detail</w:t>
            </w:r>
          </w:p>
        </w:tc>
        <w:tc>
          <w:tcPr>
            <w:tcW w:w="4320" w:type="dxa"/>
          </w:tcPr>
          <w:p w14:paraId="194BDE7F" w14:textId="77777777" w:rsidR="00A46EA7" w:rsidRPr="002C0E7B" w:rsidRDefault="00000000">
            <w:pPr>
              <w:rPr>
                <w:rFonts w:ascii="Twinkl Cursive Looped" w:hAnsi="Twinkl Cursive Looped"/>
              </w:rPr>
            </w:pPr>
            <w:r w:rsidRPr="002C0E7B">
              <w:rPr>
                <w:rFonts w:ascii="Twinkl Cursive Looped" w:hAnsi="Twinkl Cursive Looped"/>
              </w:rPr>
              <w:t>Data</w:t>
            </w:r>
          </w:p>
        </w:tc>
      </w:tr>
      <w:tr w:rsidR="00A46EA7" w:rsidRPr="002C0E7B" w14:paraId="7C9B28EB" w14:textId="77777777">
        <w:tc>
          <w:tcPr>
            <w:tcW w:w="4320" w:type="dxa"/>
          </w:tcPr>
          <w:p w14:paraId="312BC46F" w14:textId="77777777" w:rsidR="00A46EA7" w:rsidRPr="002C0E7B" w:rsidRDefault="00000000">
            <w:pPr>
              <w:rPr>
                <w:rFonts w:ascii="Twinkl Cursive Looped" w:hAnsi="Twinkl Cursive Looped"/>
              </w:rPr>
            </w:pPr>
            <w:r w:rsidRPr="002C0E7B">
              <w:rPr>
                <w:rFonts w:ascii="Twinkl Cursive Looped" w:hAnsi="Twinkl Cursive Looped"/>
              </w:rPr>
              <w:t>Number of Pupils</w:t>
            </w:r>
          </w:p>
        </w:tc>
        <w:tc>
          <w:tcPr>
            <w:tcW w:w="4320" w:type="dxa"/>
          </w:tcPr>
          <w:p w14:paraId="771BB27C" w14:textId="77777777" w:rsidR="00A46EA7" w:rsidRPr="002C0E7B" w:rsidRDefault="00000000">
            <w:pPr>
              <w:rPr>
                <w:rFonts w:ascii="Twinkl Cursive Looped" w:hAnsi="Twinkl Cursive Looped"/>
              </w:rPr>
            </w:pPr>
            <w:r w:rsidRPr="002C0E7B">
              <w:rPr>
                <w:rFonts w:ascii="Twinkl Cursive Looped" w:hAnsi="Twinkl Cursive Looped"/>
              </w:rPr>
              <w:t>208</w:t>
            </w:r>
          </w:p>
        </w:tc>
      </w:tr>
      <w:tr w:rsidR="00A46EA7" w:rsidRPr="002C0E7B" w14:paraId="47D36530" w14:textId="77777777">
        <w:tc>
          <w:tcPr>
            <w:tcW w:w="4320" w:type="dxa"/>
          </w:tcPr>
          <w:p w14:paraId="677DB289" w14:textId="77777777" w:rsidR="00A46EA7" w:rsidRPr="002C0E7B" w:rsidRDefault="00000000">
            <w:pPr>
              <w:rPr>
                <w:rFonts w:ascii="Twinkl Cursive Looped" w:hAnsi="Twinkl Cursive Looped"/>
              </w:rPr>
            </w:pPr>
            <w:r w:rsidRPr="002C0E7B">
              <w:rPr>
                <w:rFonts w:ascii="Twinkl Cursive Looped" w:hAnsi="Twinkl Cursive Looped"/>
              </w:rPr>
              <w:t>Pupil Premium Eligible</w:t>
            </w:r>
          </w:p>
        </w:tc>
        <w:tc>
          <w:tcPr>
            <w:tcW w:w="4320" w:type="dxa"/>
          </w:tcPr>
          <w:p w14:paraId="5C3712A7" w14:textId="77777777" w:rsidR="00A46EA7" w:rsidRPr="002C0E7B" w:rsidRDefault="00000000">
            <w:pPr>
              <w:rPr>
                <w:rFonts w:ascii="Twinkl Cursive Looped" w:hAnsi="Twinkl Cursive Looped"/>
              </w:rPr>
            </w:pPr>
            <w:r w:rsidRPr="002C0E7B">
              <w:rPr>
                <w:rFonts w:ascii="Twinkl Cursive Looped" w:hAnsi="Twinkl Cursive Looped"/>
              </w:rPr>
              <w:t>21.4%</w:t>
            </w:r>
          </w:p>
        </w:tc>
      </w:tr>
      <w:tr w:rsidR="00A46EA7" w:rsidRPr="002C0E7B" w14:paraId="5F7FA1BE" w14:textId="77777777">
        <w:tc>
          <w:tcPr>
            <w:tcW w:w="4320" w:type="dxa"/>
          </w:tcPr>
          <w:p w14:paraId="13DDB815" w14:textId="77777777" w:rsidR="00A46EA7" w:rsidRPr="002C0E7B" w:rsidRDefault="00000000">
            <w:pPr>
              <w:rPr>
                <w:rFonts w:ascii="Twinkl Cursive Looped" w:hAnsi="Twinkl Cursive Looped"/>
              </w:rPr>
            </w:pPr>
            <w:r w:rsidRPr="002C0E7B">
              <w:rPr>
                <w:rFonts w:ascii="Twinkl Cursive Looped" w:hAnsi="Twinkl Cursive Looped"/>
              </w:rPr>
              <w:t>Academic Year Covered</w:t>
            </w:r>
          </w:p>
        </w:tc>
        <w:tc>
          <w:tcPr>
            <w:tcW w:w="4320" w:type="dxa"/>
          </w:tcPr>
          <w:p w14:paraId="3BEBC8B5" w14:textId="77777777" w:rsidR="00A46EA7" w:rsidRPr="002C0E7B" w:rsidRDefault="00000000">
            <w:pPr>
              <w:rPr>
                <w:rFonts w:ascii="Twinkl Cursive Looped" w:hAnsi="Twinkl Cursive Looped"/>
              </w:rPr>
            </w:pPr>
            <w:r w:rsidRPr="002C0E7B">
              <w:rPr>
                <w:rFonts w:ascii="Twinkl Cursive Looped" w:hAnsi="Twinkl Cursive Looped"/>
              </w:rPr>
              <w:t>2024–2025</w:t>
            </w:r>
          </w:p>
        </w:tc>
      </w:tr>
      <w:tr w:rsidR="00A46EA7" w:rsidRPr="002C0E7B" w14:paraId="40CAC3FA" w14:textId="77777777">
        <w:tc>
          <w:tcPr>
            <w:tcW w:w="4320" w:type="dxa"/>
          </w:tcPr>
          <w:p w14:paraId="3E6CD5A2" w14:textId="77777777" w:rsidR="00A46EA7" w:rsidRPr="002C0E7B" w:rsidRDefault="00000000">
            <w:pPr>
              <w:rPr>
                <w:rFonts w:ascii="Twinkl Cursive Looped" w:hAnsi="Twinkl Cursive Looped"/>
              </w:rPr>
            </w:pPr>
            <w:r w:rsidRPr="002C0E7B">
              <w:rPr>
                <w:rFonts w:ascii="Twinkl Cursive Looped" w:hAnsi="Twinkl Cursive Looped"/>
              </w:rPr>
              <w:t>Date Published</w:t>
            </w:r>
          </w:p>
        </w:tc>
        <w:tc>
          <w:tcPr>
            <w:tcW w:w="4320" w:type="dxa"/>
          </w:tcPr>
          <w:p w14:paraId="704C78FF" w14:textId="77777777" w:rsidR="00A46EA7" w:rsidRPr="002C0E7B" w:rsidRDefault="00000000">
            <w:pPr>
              <w:rPr>
                <w:rFonts w:ascii="Twinkl Cursive Looped" w:hAnsi="Twinkl Cursive Looped"/>
              </w:rPr>
            </w:pPr>
            <w:r w:rsidRPr="002C0E7B">
              <w:rPr>
                <w:rFonts w:ascii="Twinkl Cursive Looped" w:hAnsi="Twinkl Cursive Looped"/>
              </w:rPr>
              <w:t>1 October 2024</w:t>
            </w:r>
          </w:p>
        </w:tc>
      </w:tr>
      <w:tr w:rsidR="00A46EA7" w:rsidRPr="002C0E7B" w14:paraId="1943A42F" w14:textId="77777777">
        <w:tc>
          <w:tcPr>
            <w:tcW w:w="4320" w:type="dxa"/>
          </w:tcPr>
          <w:p w14:paraId="3DCD12AE" w14:textId="77777777" w:rsidR="00A46EA7" w:rsidRPr="002C0E7B" w:rsidRDefault="00000000">
            <w:pPr>
              <w:rPr>
                <w:rFonts w:ascii="Twinkl Cursive Looped" w:hAnsi="Twinkl Cursive Looped"/>
              </w:rPr>
            </w:pPr>
            <w:r w:rsidRPr="002C0E7B">
              <w:rPr>
                <w:rFonts w:ascii="Twinkl Cursive Looped" w:hAnsi="Twinkl Cursive Looped"/>
              </w:rPr>
              <w:t>Date Reviewed</w:t>
            </w:r>
          </w:p>
        </w:tc>
        <w:tc>
          <w:tcPr>
            <w:tcW w:w="4320" w:type="dxa"/>
          </w:tcPr>
          <w:p w14:paraId="7F527446" w14:textId="77777777" w:rsidR="00A46EA7" w:rsidRPr="002C0E7B" w:rsidRDefault="00000000">
            <w:pPr>
              <w:rPr>
                <w:rFonts w:ascii="Twinkl Cursive Looped" w:hAnsi="Twinkl Cursive Looped"/>
              </w:rPr>
            </w:pPr>
            <w:r w:rsidRPr="002C0E7B">
              <w:rPr>
                <w:rFonts w:ascii="Twinkl Cursive Looped" w:hAnsi="Twinkl Cursive Looped"/>
              </w:rPr>
              <w:t>1 September 2025</w:t>
            </w:r>
          </w:p>
        </w:tc>
      </w:tr>
      <w:tr w:rsidR="00A46EA7" w:rsidRPr="002C0E7B" w14:paraId="59B5048C" w14:textId="77777777">
        <w:tc>
          <w:tcPr>
            <w:tcW w:w="4320" w:type="dxa"/>
          </w:tcPr>
          <w:p w14:paraId="52FE5133" w14:textId="77777777" w:rsidR="00A46EA7" w:rsidRPr="002C0E7B" w:rsidRDefault="00000000">
            <w:pPr>
              <w:rPr>
                <w:rFonts w:ascii="Twinkl Cursive Looped" w:hAnsi="Twinkl Cursive Looped"/>
              </w:rPr>
            </w:pPr>
            <w:r w:rsidRPr="002C0E7B">
              <w:rPr>
                <w:rFonts w:ascii="Twinkl Cursive Looped" w:hAnsi="Twinkl Cursive Looped"/>
              </w:rPr>
              <w:t>Statement Authorised By</w:t>
            </w:r>
          </w:p>
        </w:tc>
        <w:tc>
          <w:tcPr>
            <w:tcW w:w="4320" w:type="dxa"/>
          </w:tcPr>
          <w:p w14:paraId="017DFF3A" w14:textId="77777777" w:rsidR="00A46EA7" w:rsidRPr="002C0E7B" w:rsidRDefault="00000000">
            <w:pPr>
              <w:rPr>
                <w:rFonts w:ascii="Twinkl Cursive Looped" w:hAnsi="Twinkl Cursive Looped"/>
              </w:rPr>
            </w:pPr>
            <w:r w:rsidRPr="002C0E7B">
              <w:rPr>
                <w:rFonts w:ascii="Twinkl Cursive Looped" w:hAnsi="Twinkl Cursive Looped"/>
              </w:rPr>
              <w:t>Sarah Barton</w:t>
            </w:r>
          </w:p>
        </w:tc>
      </w:tr>
      <w:tr w:rsidR="00A46EA7" w:rsidRPr="002C0E7B" w14:paraId="4ACB0570" w14:textId="77777777">
        <w:tc>
          <w:tcPr>
            <w:tcW w:w="4320" w:type="dxa"/>
          </w:tcPr>
          <w:p w14:paraId="107C5CB5" w14:textId="77777777" w:rsidR="00A46EA7" w:rsidRPr="002C0E7B" w:rsidRDefault="00000000">
            <w:pPr>
              <w:rPr>
                <w:rFonts w:ascii="Twinkl Cursive Looped" w:hAnsi="Twinkl Cursive Looped"/>
              </w:rPr>
            </w:pPr>
            <w:r w:rsidRPr="002C0E7B">
              <w:rPr>
                <w:rFonts w:ascii="Twinkl Cursive Looped" w:hAnsi="Twinkl Cursive Looped"/>
              </w:rPr>
              <w:t>Pupil Premium Lead</w:t>
            </w:r>
          </w:p>
        </w:tc>
        <w:tc>
          <w:tcPr>
            <w:tcW w:w="4320" w:type="dxa"/>
          </w:tcPr>
          <w:p w14:paraId="0DFD55A3" w14:textId="77777777" w:rsidR="00A46EA7" w:rsidRPr="002C0E7B" w:rsidRDefault="00000000">
            <w:pPr>
              <w:rPr>
                <w:rFonts w:ascii="Twinkl Cursive Looped" w:hAnsi="Twinkl Cursive Looped"/>
              </w:rPr>
            </w:pPr>
            <w:r w:rsidRPr="002C0E7B">
              <w:rPr>
                <w:rFonts w:ascii="Twinkl Cursive Looped" w:hAnsi="Twinkl Cursive Looped"/>
              </w:rPr>
              <w:t>Sarah Barton</w:t>
            </w:r>
          </w:p>
        </w:tc>
      </w:tr>
      <w:tr w:rsidR="00A46EA7" w:rsidRPr="002C0E7B" w14:paraId="3B413632" w14:textId="77777777">
        <w:tc>
          <w:tcPr>
            <w:tcW w:w="4320" w:type="dxa"/>
          </w:tcPr>
          <w:p w14:paraId="699C6E81" w14:textId="77777777" w:rsidR="00A46EA7" w:rsidRPr="002C0E7B" w:rsidRDefault="00000000">
            <w:pPr>
              <w:rPr>
                <w:rFonts w:ascii="Twinkl Cursive Looped" w:hAnsi="Twinkl Cursive Looped"/>
              </w:rPr>
            </w:pPr>
            <w:r w:rsidRPr="002C0E7B">
              <w:rPr>
                <w:rFonts w:ascii="Twinkl Cursive Looped" w:hAnsi="Twinkl Cursive Looped"/>
              </w:rPr>
              <w:t>Governor Lead</w:t>
            </w:r>
          </w:p>
        </w:tc>
        <w:tc>
          <w:tcPr>
            <w:tcW w:w="4320" w:type="dxa"/>
          </w:tcPr>
          <w:p w14:paraId="31483C62" w14:textId="77777777" w:rsidR="00A46EA7" w:rsidRPr="002C0E7B" w:rsidRDefault="00000000">
            <w:pPr>
              <w:rPr>
                <w:rFonts w:ascii="Twinkl Cursive Looped" w:hAnsi="Twinkl Cursive Looped"/>
              </w:rPr>
            </w:pPr>
            <w:r w:rsidRPr="002C0E7B">
              <w:rPr>
                <w:rFonts w:ascii="Twinkl Cursive Looped" w:hAnsi="Twinkl Cursive Looped"/>
              </w:rPr>
              <w:t>Vicky Fellows-Molyneux</w:t>
            </w:r>
          </w:p>
        </w:tc>
      </w:tr>
    </w:tbl>
    <w:p w14:paraId="4FC8F7A7" w14:textId="77777777" w:rsidR="00A46EA7" w:rsidRPr="002C0E7B" w:rsidRDefault="00A46EA7">
      <w:pPr>
        <w:rPr>
          <w:rFonts w:ascii="Twinkl Cursive Looped" w:hAnsi="Twinkl Cursive Looped"/>
        </w:rPr>
      </w:pPr>
    </w:p>
    <w:p w14:paraId="6BD19330" w14:textId="77777777" w:rsidR="00A46EA7" w:rsidRPr="002C0E7B" w:rsidRDefault="00000000">
      <w:pPr>
        <w:pStyle w:val="Heading1"/>
        <w:rPr>
          <w:rFonts w:ascii="Twinkl Cursive Looped" w:hAnsi="Twinkl Cursive Looped"/>
          <w:color w:val="auto"/>
        </w:rPr>
      </w:pPr>
      <w:r w:rsidRPr="002C0E7B">
        <w:rPr>
          <w:rFonts w:ascii="Twinkl Cursive Looped" w:hAnsi="Twinkl Cursive Looped"/>
          <w:color w:val="auto"/>
        </w:rPr>
        <w:t>Funding Overview</w:t>
      </w:r>
    </w:p>
    <w:tbl>
      <w:tblPr>
        <w:tblStyle w:val="TableGrid"/>
        <w:tblW w:w="0" w:type="auto"/>
        <w:tblLook w:val="04A0" w:firstRow="1" w:lastRow="0" w:firstColumn="1" w:lastColumn="0" w:noHBand="0" w:noVBand="1"/>
      </w:tblPr>
      <w:tblGrid>
        <w:gridCol w:w="4315"/>
        <w:gridCol w:w="4315"/>
      </w:tblGrid>
      <w:tr w:rsidR="00A46EA7" w:rsidRPr="002C0E7B" w14:paraId="08D4EE82" w14:textId="77777777">
        <w:tc>
          <w:tcPr>
            <w:tcW w:w="4320" w:type="dxa"/>
          </w:tcPr>
          <w:p w14:paraId="62088A40" w14:textId="77777777" w:rsidR="00A46EA7" w:rsidRPr="002C0E7B" w:rsidRDefault="00000000">
            <w:pPr>
              <w:rPr>
                <w:rFonts w:ascii="Twinkl Cursive Looped" w:hAnsi="Twinkl Cursive Looped"/>
              </w:rPr>
            </w:pPr>
            <w:r w:rsidRPr="002C0E7B">
              <w:rPr>
                <w:rFonts w:ascii="Twinkl Cursive Looped" w:hAnsi="Twinkl Cursive Looped"/>
              </w:rPr>
              <w:t>Detail</w:t>
            </w:r>
          </w:p>
        </w:tc>
        <w:tc>
          <w:tcPr>
            <w:tcW w:w="4320" w:type="dxa"/>
          </w:tcPr>
          <w:p w14:paraId="7CACB627" w14:textId="77777777" w:rsidR="00A46EA7" w:rsidRPr="002C0E7B" w:rsidRDefault="00000000">
            <w:pPr>
              <w:rPr>
                <w:rFonts w:ascii="Twinkl Cursive Looped" w:hAnsi="Twinkl Cursive Looped"/>
              </w:rPr>
            </w:pPr>
            <w:r w:rsidRPr="002C0E7B">
              <w:rPr>
                <w:rFonts w:ascii="Twinkl Cursive Looped" w:hAnsi="Twinkl Cursive Looped"/>
              </w:rPr>
              <w:t>Amount</w:t>
            </w:r>
          </w:p>
        </w:tc>
      </w:tr>
      <w:tr w:rsidR="00A46EA7" w:rsidRPr="002C0E7B" w14:paraId="695D3218" w14:textId="77777777">
        <w:tc>
          <w:tcPr>
            <w:tcW w:w="4320" w:type="dxa"/>
          </w:tcPr>
          <w:p w14:paraId="6BCE99E9" w14:textId="77777777" w:rsidR="00A46EA7" w:rsidRPr="002C0E7B" w:rsidRDefault="00000000">
            <w:pPr>
              <w:rPr>
                <w:rFonts w:ascii="Twinkl Cursive Looped" w:hAnsi="Twinkl Cursive Looped"/>
              </w:rPr>
            </w:pPr>
            <w:r w:rsidRPr="002C0E7B">
              <w:rPr>
                <w:rFonts w:ascii="Twinkl Cursive Looped" w:hAnsi="Twinkl Cursive Looped"/>
              </w:rPr>
              <w:t>Pupil Premium Allocation</w:t>
            </w:r>
          </w:p>
        </w:tc>
        <w:tc>
          <w:tcPr>
            <w:tcW w:w="4320" w:type="dxa"/>
          </w:tcPr>
          <w:p w14:paraId="6FF371AF" w14:textId="77777777" w:rsidR="00A46EA7" w:rsidRPr="002C0E7B" w:rsidRDefault="00000000">
            <w:pPr>
              <w:rPr>
                <w:rFonts w:ascii="Twinkl Cursive Looped" w:hAnsi="Twinkl Cursive Looped"/>
              </w:rPr>
            </w:pPr>
            <w:r w:rsidRPr="002C0E7B">
              <w:rPr>
                <w:rFonts w:ascii="Twinkl Cursive Looped" w:hAnsi="Twinkl Cursive Looped"/>
              </w:rPr>
              <w:t>£64,250</w:t>
            </w:r>
          </w:p>
        </w:tc>
      </w:tr>
      <w:tr w:rsidR="00A46EA7" w:rsidRPr="002C0E7B" w14:paraId="4E50076A" w14:textId="77777777">
        <w:tc>
          <w:tcPr>
            <w:tcW w:w="4320" w:type="dxa"/>
          </w:tcPr>
          <w:p w14:paraId="3757B5BC" w14:textId="77777777" w:rsidR="00A46EA7" w:rsidRPr="002C0E7B" w:rsidRDefault="00000000">
            <w:pPr>
              <w:rPr>
                <w:rFonts w:ascii="Twinkl Cursive Looped" w:hAnsi="Twinkl Cursive Looped"/>
              </w:rPr>
            </w:pPr>
            <w:r w:rsidRPr="002C0E7B">
              <w:rPr>
                <w:rFonts w:ascii="Twinkl Cursive Looped" w:hAnsi="Twinkl Cursive Looped"/>
              </w:rPr>
              <w:t>Carried Forward</w:t>
            </w:r>
          </w:p>
        </w:tc>
        <w:tc>
          <w:tcPr>
            <w:tcW w:w="4320" w:type="dxa"/>
          </w:tcPr>
          <w:p w14:paraId="3AE3C02B" w14:textId="77777777" w:rsidR="00A46EA7" w:rsidRPr="002C0E7B" w:rsidRDefault="00000000">
            <w:pPr>
              <w:rPr>
                <w:rFonts w:ascii="Twinkl Cursive Looped" w:hAnsi="Twinkl Cursive Looped"/>
              </w:rPr>
            </w:pPr>
            <w:r w:rsidRPr="002C0E7B">
              <w:rPr>
                <w:rFonts w:ascii="Twinkl Cursive Looped" w:hAnsi="Twinkl Cursive Looped"/>
              </w:rPr>
              <w:t>£0</w:t>
            </w:r>
          </w:p>
        </w:tc>
      </w:tr>
      <w:tr w:rsidR="00A46EA7" w:rsidRPr="002C0E7B" w14:paraId="2EDABA08" w14:textId="77777777">
        <w:tc>
          <w:tcPr>
            <w:tcW w:w="4320" w:type="dxa"/>
          </w:tcPr>
          <w:p w14:paraId="6F394685" w14:textId="77777777" w:rsidR="00A46EA7" w:rsidRPr="002C0E7B" w:rsidRDefault="00000000">
            <w:pPr>
              <w:rPr>
                <w:rFonts w:ascii="Twinkl Cursive Looped" w:hAnsi="Twinkl Cursive Looped"/>
              </w:rPr>
            </w:pPr>
            <w:r w:rsidRPr="002C0E7B">
              <w:rPr>
                <w:rFonts w:ascii="Twinkl Cursive Looped" w:hAnsi="Twinkl Cursive Looped"/>
              </w:rPr>
              <w:t>Total Budget</w:t>
            </w:r>
          </w:p>
        </w:tc>
        <w:tc>
          <w:tcPr>
            <w:tcW w:w="4320" w:type="dxa"/>
          </w:tcPr>
          <w:p w14:paraId="0353546E" w14:textId="77777777" w:rsidR="00A46EA7" w:rsidRPr="002C0E7B" w:rsidRDefault="00000000">
            <w:pPr>
              <w:rPr>
                <w:rFonts w:ascii="Twinkl Cursive Looped" w:hAnsi="Twinkl Cursive Looped"/>
              </w:rPr>
            </w:pPr>
            <w:r w:rsidRPr="002C0E7B">
              <w:rPr>
                <w:rFonts w:ascii="Twinkl Cursive Looped" w:hAnsi="Twinkl Cursive Looped"/>
              </w:rPr>
              <w:t>£64,250</w:t>
            </w:r>
          </w:p>
        </w:tc>
      </w:tr>
    </w:tbl>
    <w:p w14:paraId="181F95FC" w14:textId="77777777" w:rsidR="00A46EA7" w:rsidRPr="002C0E7B" w:rsidRDefault="00A46EA7">
      <w:pPr>
        <w:rPr>
          <w:rFonts w:ascii="Twinkl Cursive Looped" w:hAnsi="Twinkl Cursive Looped"/>
        </w:rPr>
      </w:pPr>
    </w:p>
    <w:p w14:paraId="0EC99D32" w14:textId="77777777" w:rsidR="00A46EA7" w:rsidRPr="002C0E7B" w:rsidRDefault="00000000">
      <w:pPr>
        <w:pStyle w:val="Heading1"/>
        <w:rPr>
          <w:rFonts w:ascii="Twinkl Cursive Looped" w:hAnsi="Twinkl Cursive Looped"/>
          <w:color w:val="auto"/>
        </w:rPr>
      </w:pPr>
      <w:r w:rsidRPr="002C0E7B">
        <w:rPr>
          <w:rFonts w:ascii="Twinkl Cursive Looped" w:hAnsi="Twinkl Cursive Looped"/>
          <w:color w:val="auto"/>
        </w:rPr>
        <w:t>Part A: Pupil Premium Strategy Plan</w:t>
      </w:r>
    </w:p>
    <w:p w14:paraId="67A046ED" w14:textId="77777777" w:rsidR="00A46EA7" w:rsidRPr="002C0E7B" w:rsidRDefault="00000000">
      <w:pPr>
        <w:pStyle w:val="Heading2"/>
        <w:rPr>
          <w:rFonts w:ascii="Twinkl Cursive Looped" w:hAnsi="Twinkl Cursive Looped"/>
          <w:color w:val="auto"/>
        </w:rPr>
      </w:pPr>
      <w:r w:rsidRPr="002C0E7B">
        <w:rPr>
          <w:rFonts w:ascii="Twinkl Cursive Looped" w:hAnsi="Twinkl Cursive Looped"/>
          <w:color w:val="auto"/>
        </w:rPr>
        <w:t>Statement of Intent</w:t>
      </w:r>
    </w:p>
    <w:p w14:paraId="0ACDE20B" w14:textId="77777777" w:rsidR="00A46EA7" w:rsidRPr="002C0E7B" w:rsidRDefault="00000000">
      <w:pPr>
        <w:rPr>
          <w:rFonts w:ascii="Twinkl Cursive Looped" w:hAnsi="Twinkl Cursive Looped"/>
        </w:rPr>
      </w:pPr>
      <w:r w:rsidRPr="002C0E7B">
        <w:rPr>
          <w:rFonts w:ascii="Twinkl Cursive Looped" w:hAnsi="Twinkl Cursive Looped"/>
        </w:rPr>
        <w:t>At Penwortham Broad Oak Primary School, we are committed to ensuring every disadvantaged pupil achieves their full academic, social and emotional potential. We recognise that barriers to learning vary and therefore provide targeted, evidence-informed support to remove barriers and secure success.</w:t>
      </w:r>
    </w:p>
    <w:p w14:paraId="176581B6" w14:textId="77777777" w:rsidR="00A46EA7" w:rsidRPr="002C0E7B" w:rsidRDefault="00000000">
      <w:pPr>
        <w:pStyle w:val="Heading1"/>
        <w:rPr>
          <w:rFonts w:ascii="Twinkl Cursive Looped" w:hAnsi="Twinkl Cursive Looped"/>
          <w:color w:val="auto"/>
        </w:rPr>
      </w:pPr>
      <w:r w:rsidRPr="002C0E7B">
        <w:rPr>
          <w:rFonts w:ascii="Twinkl Cursive Looped" w:hAnsi="Twinkl Cursive Looped"/>
          <w:color w:val="auto"/>
        </w:rPr>
        <w:t>Key Challenges</w:t>
      </w:r>
    </w:p>
    <w:tbl>
      <w:tblPr>
        <w:tblStyle w:val="TableGrid"/>
        <w:tblW w:w="0" w:type="auto"/>
        <w:tblLook w:val="04A0" w:firstRow="1" w:lastRow="0" w:firstColumn="1" w:lastColumn="0" w:noHBand="0" w:noVBand="1"/>
      </w:tblPr>
      <w:tblGrid>
        <w:gridCol w:w="4314"/>
        <w:gridCol w:w="4316"/>
      </w:tblGrid>
      <w:tr w:rsidR="00A46EA7" w:rsidRPr="002C0E7B" w14:paraId="58BD8B7D" w14:textId="77777777">
        <w:tc>
          <w:tcPr>
            <w:tcW w:w="4320" w:type="dxa"/>
          </w:tcPr>
          <w:p w14:paraId="2C2DE20F" w14:textId="77777777" w:rsidR="00A46EA7" w:rsidRPr="002C0E7B" w:rsidRDefault="00000000">
            <w:pPr>
              <w:rPr>
                <w:rFonts w:ascii="Twinkl Cursive Looped" w:hAnsi="Twinkl Cursive Looped"/>
              </w:rPr>
            </w:pPr>
            <w:r w:rsidRPr="002C0E7B">
              <w:rPr>
                <w:rFonts w:ascii="Twinkl Cursive Looped" w:hAnsi="Twinkl Cursive Looped"/>
              </w:rPr>
              <w:t>No.</w:t>
            </w:r>
          </w:p>
        </w:tc>
        <w:tc>
          <w:tcPr>
            <w:tcW w:w="4320" w:type="dxa"/>
          </w:tcPr>
          <w:p w14:paraId="7746231A" w14:textId="77777777" w:rsidR="00A46EA7" w:rsidRPr="002C0E7B" w:rsidRDefault="00000000">
            <w:pPr>
              <w:rPr>
                <w:rFonts w:ascii="Twinkl Cursive Looped" w:hAnsi="Twinkl Cursive Looped"/>
              </w:rPr>
            </w:pPr>
            <w:r w:rsidRPr="002C0E7B">
              <w:rPr>
                <w:rFonts w:ascii="Twinkl Cursive Looped" w:hAnsi="Twinkl Cursive Looped"/>
              </w:rPr>
              <w:t>Challenge</w:t>
            </w:r>
          </w:p>
        </w:tc>
      </w:tr>
      <w:tr w:rsidR="00A46EA7" w:rsidRPr="002C0E7B" w14:paraId="025E1058" w14:textId="77777777">
        <w:tc>
          <w:tcPr>
            <w:tcW w:w="4320" w:type="dxa"/>
          </w:tcPr>
          <w:p w14:paraId="7A9D1BBD" w14:textId="77777777" w:rsidR="00A46EA7" w:rsidRPr="002C0E7B" w:rsidRDefault="00000000">
            <w:pPr>
              <w:rPr>
                <w:rFonts w:ascii="Twinkl Cursive Looped" w:hAnsi="Twinkl Cursive Looped"/>
              </w:rPr>
            </w:pPr>
            <w:r w:rsidRPr="002C0E7B">
              <w:rPr>
                <w:rFonts w:ascii="Twinkl Cursive Looped" w:hAnsi="Twinkl Cursive Looped"/>
              </w:rPr>
              <w:t>1</w:t>
            </w:r>
          </w:p>
        </w:tc>
        <w:tc>
          <w:tcPr>
            <w:tcW w:w="4320" w:type="dxa"/>
          </w:tcPr>
          <w:p w14:paraId="783E1FFC" w14:textId="77777777" w:rsidR="00A46EA7" w:rsidRPr="002C0E7B" w:rsidRDefault="00000000">
            <w:pPr>
              <w:rPr>
                <w:rFonts w:ascii="Twinkl Cursive Looped" w:hAnsi="Twinkl Cursive Looped"/>
              </w:rPr>
            </w:pPr>
            <w:r w:rsidRPr="002C0E7B">
              <w:rPr>
                <w:rFonts w:ascii="Twinkl Cursive Looped" w:hAnsi="Twinkl Cursive Looped"/>
              </w:rPr>
              <w:t>Limited enrichment opportunities, physical activity and wider life experiences</w:t>
            </w:r>
          </w:p>
        </w:tc>
      </w:tr>
      <w:tr w:rsidR="00A46EA7" w:rsidRPr="002C0E7B" w14:paraId="7BF7F845" w14:textId="77777777">
        <w:tc>
          <w:tcPr>
            <w:tcW w:w="4320" w:type="dxa"/>
          </w:tcPr>
          <w:p w14:paraId="6DA5B4F1" w14:textId="77777777" w:rsidR="00A46EA7" w:rsidRPr="002C0E7B" w:rsidRDefault="00000000">
            <w:pPr>
              <w:rPr>
                <w:rFonts w:ascii="Twinkl Cursive Looped" w:hAnsi="Twinkl Cursive Looped"/>
              </w:rPr>
            </w:pPr>
            <w:r w:rsidRPr="002C0E7B">
              <w:rPr>
                <w:rFonts w:ascii="Twinkl Cursive Looped" w:hAnsi="Twinkl Cursive Looped"/>
              </w:rPr>
              <w:t>2</w:t>
            </w:r>
          </w:p>
        </w:tc>
        <w:tc>
          <w:tcPr>
            <w:tcW w:w="4320" w:type="dxa"/>
          </w:tcPr>
          <w:p w14:paraId="091B6B81" w14:textId="77777777" w:rsidR="00A46EA7" w:rsidRPr="002C0E7B" w:rsidRDefault="00000000">
            <w:pPr>
              <w:rPr>
                <w:rFonts w:ascii="Twinkl Cursive Looped" w:hAnsi="Twinkl Cursive Looped"/>
              </w:rPr>
            </w:pPr>
            <w:r w:rsidRPr="002C0E7B">
              <w:rPr>
                <w:rFonts w:ascii="Twinkl Cursive Looped" w:hAnsi="Twinkl Cursive Looped"/>
              </w:rPr>
              <w:t>Families requiring support with behaviour and emotional regulation</w:t>
            </w:r>
          </w:p>
        </w:tc>
      </w:tr>
      <w:tr w:rsidR="00A46EA7" w:rsidRPr="002C0E7B" w14:paraId="18D48634" w14:textId="77777777">
        <w:tc>
          <w:tcPr>
            <w:tcW w:w="4320" w:type="dxa"/>
          </w:tcPr>
          <w:p w14:paraId="72FC690C" w14:textId="77777777" w:rsidR="00A46EA7" w:rsidRPr="002C0E7B" w:rsidRDefault="00000000">
            <w:pPr>
              <w:rPr>
                <w:rFonts w:ascii="Twinkl Cursive Looped" w:hAnsi="Twinkl Cursive Looped"/>
              </w:rPr>
            </w:pPr>
            <w:r w:rsidRPr="002C0E7B">
              <w:rPr>
                <w:rFonts w:ascii="Twinkl Cursive Looped" w:hAnsi="Twinkl Cursive Looped"/>
              </w:rPr>
              <w:t>3</w:t>
            </w:r>
          </w:p>
        </w:tc>
        <w:tc>
          <w:tcPr>
            <w:tcW w:w="4320" w:type="dxa"/>
          </w:tcPr>
          <w:p w14:paraId="5856E679" w14:textId="77777777" w:rsidR="00A46EA7" w:rsidRPr="002C0E7B" w:rsidRDefault="00000000">
            <w:pPr>
              <w:rPr>
                <w:rFonts w:ascii="Twinkl Cursive Looped" w:hAnsi="Twinkl Cursive Looped"/>
              </w:rPr>
            </w:pPr>
            <w:r w:rsidRPr="002C0E7B">
              <w:rPr>
                <w:rFonts w:ascii="Twinkl Cursive Looped" w:hAnsi="Twinkl Cursive Looped"/>
              </w:rPr>
              <w:t>Variable parental engagement</w:t>
            </w:r>
          </w:p>
        </w:tc>
      </w:tr>
      <w:tr w:rsidR="00A46EA7" w:rsidRPr="002C0E7B" w14:paraId="62D042DA" w14:textId="77777777">
        <w:tc>
          <w:tcPr>
            <w:tcW w:w="4320" w:type="dxa"/>
          </w:tcPr>
          <w:p w14:paraId="2C2D2EFE" w14:textId="77777777" w:rsidR="00A46EA7" w:rsidRPr="002C0E7B" w:rsidRDefault="00000000">
            <w:pPr>
              <w:rPr>
                <w:rFonts w:ascii="Twinkl Cursive Looped" w:hAnsi="Twinkl Cursive Looped"/>
              </w:rPr>
            </w:pPr>
            <w:r w:rsidRPr="002C0E7B">
              <w:rPr>
                <w:rFonts w:ascii="Twinkl Cursive Looped" w:hAnsi="Twinkl Cursive Looped"/>
              </w:rPr>
              <w:lastRenderedPageBreak/>
              <w:t>4</w:t>
            </w:r>
          </w:p>
        </w:tc>
        <w:tc>
          <w:tcPr>
            <w:tcW w:w="4320" w:type="dxa"/>
          </w:tcPr>
          <w:p w14:paraId="5C707F4B" w14:textId="77777777" w:rsidR="00A46EA7" w:rsidRPr="002C0E7B" w:rsidRDefault="00000000">
            <w:pPr>
              <w:rPr>
                <w:rFonts w:ascii="Twinkl Cursive Looped" w:hAnsi="Twinkl Cursive Looped"/>
              </w:rPr>
            </w:pPr>
            <w:r w:rsidRPr="002C0E7B">
              <w:rPr>
                <w:rFonts w:ascii="Twinkl Cursive Looped" w:hAnsi="Twinkl Cursive Looped"/>
              </w:rPr>
              <w:t>Impact of ACEs and SEMH needs</w:t>
            </w:r>
          </w:p>
        </w:tc>
      </w:tr>
      <w:tr w:rsidR="00A46EA7" w:rsidRPr="002C0E7B" w14:paraId="5BA235C1" w14:textId="77777777">
        <w:tc>
          <w:tcPr>
            <w:tcW w:w="4320" w:type="dxa"/>
          </w:tcPr>
          <w:p w14:paraId="6AA18088" w14:textId="77777777" w:rsidR="00A46EA7" w:rsidRPr="002C0E7B" w:rsidRDefault="00000000">
            <w:pPr>
              <w:rPr>
                <w:rFonts w:ascii="Twinkl Cursive Looped" w:hAnsi="Twinkl Cursive Looped"/>
              </w:rPr>
            </w:pPr>
            <w:r w:rsidRPr="002C0E7B">
              <w:rPr>
                <w:rFonts w:ascii="Twinkl Cursive Looped" w:hAnsi="Twinkl Cursive Looped"/>
              </w:rPr>
              <w:t>5</w:t>
            </w:r>
          </w:p>
        </w:tc>
        <w:tc>
          <w:tcPr>
            <w:tcW w:w="4320" w:type="dxa"/>
          </w:tcPr>
          <w:p w14:paraId="50CCCB5B" w14:textId="77777777" w:rsidR="00A46EA7" w:rsidRPr="002C0E7B" w:rsidRDefault="00000000">
            <w:pPr>
              <w:rPr>
                <w:rFonts w:ascii="Twinkl Cursive Looped" w:hAnsi="Twinkl Cursive Looped"/>
              </w:rPr>
            </w:pPr>
            <w:r w:rsidRPr="002C0E7B">
              <w:rPr>
                <w:rFonts w:ascii="Twinkl Cursive Looped" w:hAnsi="Twinkl Cursive Looped"/>
              </w:rPr>
              <w:t>Attendance and punctuality concerns</w:t>
            </w:r>
          </w:p>
        </w:tc>
      </w:tr>
      <w:tr w:rsidR="00A46EA7" w:rsidRPr="002C0E7B" w14:paraId="7744668A" w14:textId="77777777">
        <w:tc>
          <w:tcPr>
            <w:tcW w:w="4320" w:type="dxa"/>
          </w:tcPr>
          <w:p w14:paraId="78F502D4" w14:textId="77777777" w:rsidR="00A46EA7" w:rsidRPr="002C0E7B" w:rsidRDefault="00000000">
            <w:pPr>
              <w:rPr>
                <w:rFonts w:ascii="Twinkl Cursive Looped" w:hAnsi="Twinkl Cursive Looped"/>
              </w:rPr>
            </w:pPr>
            <w:r w:rsidRPr="002C0E7B">
              <w:rPr>
                <w:rFonts w:ascii="Twinkl Cursive Looped" w:hAnsi="Twinkl Cursive Looped"/>
              </w:rPr>
              <w:t>6</w:t>
            </w:r>
          </w:p>
        </w:tc>
        <w:tc>
          <w:tcPr>
            <w:tcW w:w="4320" w:type="dxa"/>
          </w:tcPr>
          <w:p w14:paraId="6A7A776C" w14:textId="77777777" w:rsidR="00A46EA7" w:rsidRPr="002C0E7B" w:rsidRDefault="00000000">
            <w:pPr>
              <w:rPr>
                <w:rFonts w:ascii="Twinkl Cursive Looped" w:hAnsi="Twinkl Cursive Looped"/>
              </w:rPr>
            </w:pPr>
            <w:r w:rsidRPr="002C0E7B">
              <w:rPr>
                <w:rFonts w:ascii="Twinkl Cursive Looped" w:hAnsi="Twinkl Cursive Looped"/>
              </w:rPr>
              <w:t>Lower attainment and progress in Reading, Writing and Mathematics</w:t>
            </w:r>
          </w:p>
        </w:tc>
      </w:tr>
    </w:tbl>
    <w:p w14:paraId="161EA316" w14:textId="77777777" w:rsidR="00A46EA7" w:rsidRPr="002C0E7B" w:rsidRDefault="00A46EA7">
      <w:pPr>
        <w:rPr>
          <w:rFonts w:ascii="Twinkl Cursive Looped" w:hAnsi="Twinkl Cursive Looped"/>
        </w:rPr>
      </w:pPr>
    </w:p>
    <w:p w14:paraId="30634CA6" w14:textId="77777777" w:rsidR="00A46EA7" w:rsidRPr="002C0E7B" w:rsidRDefault="00000000">
      <w:pPr>
        <w:pStyle w:val="Heading1"/>
        <w:rPr>
          <w:rFonts w:ascii="Twinkl Cursive Looped" w:hAnsi="Twinkl Cursive Looped"/>
          <w:color w:val="auto"/>
        </w:rPr>
      </w:pPr>
      <w:r w:rsidRPr="002C0E7B">
        <w:rPr>
          <w:rFonts w:ascii="Twinkl Cursive Looped" w:hAnsi="Twinkl Cursive Looped"/>
          <w:color w:val="auto"/>
        </w:rPr>
        <w:t>Intended Outcomes</w:t>
      </w:r>
    </w:p>
    <w:tbl>
      <w:tblPr>
        <w:tblStyle w:val="TableGrid"/>
        <w:tblW w:w="0" w:type="auto"/>
        <w:tblLook w:val="04A0" w:firstRow="1" w:lastRow="0" w:firstColumn="1" w:lastColumn="0" w:noHBand="0" w:noVBand="1"/>
      </w:tblPr>
      <w:tblGrid>
        <w:gridCol w:w="4315"/>
        <w:gridCol w:w="4315"/>
      </w:tblGrid>
      <w:tr w:rsidR="00A46EA7" w:rsidRPr="002C0E7B" w14:paraId="1FCFC80A" w14:textId="77777777">
        <w:tc>
          <w:tcPr>
            <w:tcW w:w="4320" w:type="dxa"/>
          </w:tcPr>
          <w:p w14:paraId="6C8044FC" w14:textId="77777777" w:rsidR="00A46EA7" w:rsidRPr="002C0E7B" w:rsidRDefault="00000000">
            <w:pPr>
              <w:rPr>
                <w:rFonts w:ascii="Twinkl Cursive Looped" w:hAnsi="Twinkl Cursive Looped"/>
              </w:rPr>
            </w:pPr>
            <w:r w:rsidRPr="002C0E7B">
              <w:rPr>
                <w:rFonts w:ascii="Twinkl Cursive Looped" w:hAnsi="Twinkl Cursive Looped"/>
              </w:rPr>
              <w:t>Outcome</w:t>
            </w:r>
          </w:p>
        </w:tc>
        <w:tc>
          <w:tcPr>
            <w:tcW w:w="4320" w:type="dxa"/>
          </w:tcPr>
          <w:p w14:paraId="0FE358BB" w14:textId="77777777" w:rsidR="00A46EA7" w:rsidRPr="002C0E7B" w:rsidRDefault="00000000">
            <w:pPr>
              <w:rPr>
                <w:rFonts w:ascii="Twinkl Cursive Looped" w:hAnsi="Twinkl Cursive Looped"/>
              </w:rPr>
            </w:pPr>
            <w:r w:rsidRPr="002C0E7B">
              <w:rPr>
                <w:rFonts w:ascii="Twinkl Cursive Looped" w:hAnsi="Twinkl Cursive Looped"/>
              </w:rPr>
              <w:t>Success Criteria</w:t>
            </w:r>
          </w:p>
        </w:tc>
      </w:tr>
      <w:tr w:rsidR="00A46EA7" w:rsidRPr="002C0E7B" w14:paraId="416757E3" w14:textId="77777777">
        <w:tc>
          <w:tcPr>
            <w:tcW w:w="4320" w:type="dxa"/>
          </w:tcPr>
          <w:p w14:paraId="0139F3C4" w14:textId="77777777" w:rsidR="00A46EA7" w:rsidRPr="002C0E7B" w:rsidRDefault="00000000">
            <w:pPr>
              <w:rPr>
                <w:rFonts w:ascii="Twinkl Cursive Looped" w:hAnsi="Twinkl Cursive Looped"/>
              </w:rPr>
            </w:pPr>
            <w:r w:rsidRPr="002C0E7B">
              <w:rPr>
                <w:rFonts w:ascii="Twinkl Cursive Looped" w:hAnsi="Twinkl Cursive Looped"/>
              </w:rPr>
              <w:t>Improved attitudes to learning</w:t>
            </w:r>
          </w:p>
        </w:tc>
        <w:tc>
          <w:tcPr>
            <w:tcW w:w="4320" w:type="dxa"/>
          </w:tcPr>
          <w:p w14:paraId="2749484C" w14:textId="77777777" w:rsidR="00A46EA7" w:rsidRPr="002C0E7B" w:rsidRDefault="00000000">
            <w:pPr>
              <w:rPr>
                <w:rFonts w:ascii="Twinkl Cursive Looped" w:hAnsi="Twinkl Cursive Looped"/>
              </w:rPr>
            </w:pPr>
            <w:r w:rsidRPr="002C0E7B">
              <w:rPr>
                <w:rFonts w:ascii="Twinkl Cursive Looped" w:hAnsi="Twinkl Cursive Looped"/>
              </w:rPr>
              <w:t>Pupil voice, behaviour and engagement evidence demonstrate positive attitudes and resilience</w:t>
            </w:r>
          </w:p>
        </w:tc>
      </w:tr>
      <w:tr w:rsidR="00A46EA7" w:rsidRPr="002C0E7B" w14:paraId="3082484D" w14:textId="77777777">
        <w:tc>
          <w:tcPr>
            <w:tcW w:w="4320" w:type="dxa"/>
          </w:tcPr>
          <w:p w14:paraId="34A3815C" w14:textId="77777777" w:rsidR="00A46EA7" w:rsidRPr="002C0E7B" w:rsidRDefault="00000000">
            <w:pPr>
              <w:rPr>
                <w:rFonts w:ascii="Twinkl Cursive Looped" w:hAnsi="Twinkl Cursive Looped"/>
              </w:rPr>
            </w:pPr>
            <w:r w:rsidRPr="002C0E7B">
              <w:rPr>
                <w:rFonts w:ascii="Twinkl Cursive Looped" w:hAnsi="Twinkl Cursive Looped"/>
              </w:rPr>
              <w:t>Improved attendance</w:t>
            </w:r>
          </w:p>
        </w:tc>
        <w:tc>
          <w:tcPr>
            <w:tcW w:w="4320" w:type="dxa"/>
          </w:tcPr>
          <w:p w14:paraId="7FA67924" w14:textId="77777777" w:rsidR="00A46EA7" w:rsidRPr="002C0E7B" w:rsidRDefault="00000000">
            <w:pPr>
              <w:rPr>
                <w:rFonts w:ascii="Twinkl Cursive Looped" w:hAnsi="Twinkl Cursive Looped"/>
              </w:rPr>
            </w:pPr>
            <w:r w:rsidRPr="002C0E7B">
              <w:rPr>
                <w:rFonts w:ascii="Twinkl Cursive Looped" w:hAnsi="Twinkl Cursive Looped"/>
              </w:rPr>
              <w:t>Attendance of disadvantaged pupils at or above 96%</w:t>
            </w:r>
          </w:p>
        </w:tc>
      </w:tr>
      <w:tr w:rsidR="00A46EA7" w:rsidRPr="002C0E7B" w14:paraId="3F54783C" w14:textId="77777777">
        <w:tc>
          <w:tcPr>
            <w:tcW w:w="4320" w:type="dxa"/>
          </w:tcPr>
          <w:p w14:paraId="111C6CF2" w14:textId="77777777" w:rsidR="00A46EA7" w:rsidRPr="002C0E7B" w:rsidRDefault="00000000">
            <w:pPr>
              <w:rPr>
                <w:rFonts w:ascii="Twinkl Cursive Looped" w:hAnsi="Twinkl Cursive Looped"/>
              </w:rPr>
            </w:pPr>
            <w:r w:rsidRPr="002C0E7B">
              <w:rPr>
                <w:rFonts w:ascii="Twinkl Cursive Looped" w:hAnsi="Twinkl Cursive Looped"/>
              </w:rPr>
              <w:t>Reading progress</w:t>
            </w:r>
          </w:p>
        </w:tc>
        <w:tc>
          <w:tcPr>
            <w:tcW w:w="4320" w:type="dxa"/>
          </w:tcPr>
          <w:p w14:paraId="0A8C3185" w14:textId="77777777" w:rsidR="00A46EA7" w:rsidRPr="002C0E7B" w:rsidRDefault="00000000">
            <w:pPr>
              <w:rPr>
                <w:rFonts w:ascii="Twinkl Cursive Looped" w:hAnsi="Twinkl Cursive Looped"/>
              </w:rPr>
            </w:pPr>
            <w:r w:rsidRPr="002C0E7B">
              <w:rPr>
                <w:rFonts w:ascii="Twinkl Cursive Looped" w:hAnsi="Twinkl Cursive Looped"/>
              </w:rPr>
              <w:t>Outcomes in line with or above national averages</w:t>
            </w:r>
          </w:p>
        </w:tc>
      </w:tr>
      <w:tr w:rsidR="00A46EA7" w:rsidRPr="002C0E7B" w14:paraId="7E42771C" w14:textId="77777777">
        <w:tc>
          <w:tcPr>
            <w:tcW w:w="4320" w:type="dxa"/>
          </w:tcPr>
          <w:p w14:paraId="26956320" w14:textId="77777777" w:rsidR="00A46EA7" w:rsidRPr="002C0E7B" w:rsidRDefault="00000000">
            <w:pPr>
              <w:rPr>
                <w:rFonts w:ascii="Twinkl Cursive Looped" w:hAnsi="Twinkl Cursive Looped"/>
              </w:rPr>
            </w:pPr>
            <w:r w:rsidRPr="002C0E7B">
              <w:rPr>
                <w:rFonts w:ascii="Twinkl Cursive Looped" w:hAnsi="Twinkl Cursive Looped"/>
              </w:rPr>
              <w:t>Writing progress</w:t>
            </w:r>
          </w:p>
        </w:tc>
        <w:tc>
          <w:tcPr>
            <w:tcW w:w="4320" w:type="dxa"/>
          </w:tcPr>
          <w:p w14:paraId="4C08877C" w14:textId="77777777" w:rsidR="00A46EA7" w:rsidRPr="002C0E7B" w:rsidRDefault="00000000">
            <w:pPr>
              <w:rPr>
                <w:rFonts w:ascii="Twinkl Cursive Looped" w:hAnsi="Twinkl Cursive Looped"/>
              </w:rPr>
            </w:pPr>
            <w:r w:rsidRPr="002C0E7B">
              <w:rPr>
                <w:rFonts w:ascii="Twinkl Cursive Looped" w:hAnsi="Twinkl Cursive Looped"/>
              </w:rPr>
              <w:t>Outcomes in line with or above national averages</w:t>
            </w:r>
          </w:p>
        </w:tc>
      </w:tr>
      <w:tr w:rsidR="00A46EA7" w:rsidRPr="002C0E7B" w14:paraId="5CC73D67" w14:textId="77777777">
        <w:tc>
          <w:tcPr>
            <w:tcW w:w="4320" w:type="dxa"/>
          </w:tcPr>
          <w:p w14:paraId="56E06FEC" w14:textId="77777777" w:rsidR="00A46EA7" w:rsidRPr="002C0E7B" w:rsidRDefault="00000000">
            <w:pPr>
              <w:rPr>
                <w:rFonts w:ascii="Twinkl Cursive Looped" w:hAnsi="Twinkl Cursive Looped"/>
              </w:rPr>
            </w:pPr>
            <w:r w:rsidRPr="002C0E7B">
              <w:rPr>
                <w:rFonts w:ascii="Twinkl Cursive Looped" w:hAnsi="Twinkl Cursive Looped"/>
              </w:rPr>
              <w:t>Mathematics progress</w:t>
            </w:r>
          </w:p>
        </w:tc>
        <w:tc>
          <w:tcPr>
            <w:tcW w:w="4320" w:type="dxa"/>
          </w:tcPr>
          <w:p w14:paraId="7B328939" w14:textId="77777777" w:rsidR="00A46EA7" w:rsidRPr="002C0E7B" w:rsidRDefault="00000000">
            <w:pPr>
              <w:rPr>
                <w:rFonts w:ascii="Twinkl Cursive Looped" w:hAnsi="Twinkl Cursive Looped"/>
              </w:rPr>
            </w:pPr>
            <w:r w:rsidRPr="002C0E7B">
              <w:rPr>
                <w:rFonts w:ascii="Twinkl Cursive Looped" w:hAnsi="Twinkl Cursive Looped"/>
              </w:rPr>
              <w:t>Outcomes in line with or above national averages</w:t>
            </w:r>
          </w:p>
        </w:tc>
      </w:tr>
      <w:tr w:rsidR="00A46EA7" w:rsidRPr="002C0E7B" w14:paraId="76E97111" w14:textId="77777777">
        <w:tc>
          <w:tcPr>
            <w:tcW w:w="4320" w:type="dxa"/>
          </w:tcPr>
          <w:p w14:paraId="628B6F42" w14:textId="77777777" w:rsidR="00A46EA7" w:rsidRPr="002C0E7B" w:rsidRDefault="00000000">
            <w:pPr>
              <w:rPr>
                <w:rFonts w:ascii="Twinkl Cursive Looped" w:hAnsi="Twinkl Cursive Looped"/>
              </w:rPr>
            </w:pPr>
            <w:r w:rsidRPr="002C0E7B">
              <w:rPr>
                <w:rFonts w:ascii="Twinkl Cursive Looped" w:hAnsi="Twinkl Cursive Looped"/>
              </w:rPr>
              <w:t>Improved wellbeing</w:t>
            </w:r>
          </w:p>
        </w:tc>
        <w:tc>
          <w:tcPr>
            <w:tcW w:w="4320" w:type="dxa"/>
          </w:tcPr>
          <w:p w14:paraId="1A3824D3" w14:textId="77777777" w:rsidR="00A46EA7" w:rsidRPr="002C0E7B" w:rsidRDefault="00000000">
            <w:pPr>
              <w:rPr>
                <w:rFonts w:ascii="Twinkl Cursive Looped" w:hAnsi="Twinkl Cursive Looped"/>
              </w:rPr>
            </w:pPr>
            <w:r w:rsidRPr="002C0E7B">
              <w:rPr>
                <w:rFonts w:ascii="Twinkl Cursive Looped" w:hAnsi="Twinkl Cursive Looped"/>
              </w:rPr>
              <w:t>Children demonstrate improved emotional regulation and readiness to learn</w:t>
            </w:r>
          </w:p>
        </w:tc>
      </w:tr>
    </w:tbl>
    <w:p w14:paraId="74A37EC7" w14:textId="77777777" w:rsidR="00A46EA7" w:rsidRPr="002C0E7B" w:rsidRDefault="00A46EA7">
      <w:pPr>
        <w:rPr>
          <w:rFonts w:ascii="Twinkl Cursive Looped" w:hAnsi="Twinkl Cursive Looped"/>
        </w:rPr>
      </w:pPr>
    </w:p>
    <w:p w14:paraId="3F437DD2" w14:textId="77777777" w:rsidR="00A46EA7" w:rsidRPr="002C0E7B" w:rsidRDefault="00000000">
      <w:pPr>
        <w:pStyle w:val="Heading1"/>
        <w:rPr>
          <w:rFonts w:ascii="Twinkl Cursive Looped" w:hAnsi="Twinkl Cursive Looped"/>
          <w:color w:val="auto"/>
        </w:rPr>
      </w:pPr>
      <w:r w:rsidRPr="002C0E7B">
        <w:rPr>
          <w:rFonts w:ascii="Twinkl Cursive Looped" w:hAnsi="Twinkl Cursive Looped"/>
          <w:color w:val="auto"/>
        </w:rPr>
        <w:t>Teaching (£30,078)</w:t>
      </w:r>
    </w:p>
    <w:tbl>
      <w:tblPr>
        <w:tblStyle w:val="TableGrid"/>
        <w:tblW w:w="0" w:type="auto"/>
        <w:tblLook w:val="04A0" w:firstRow="1" w:lastRow="0" w:firstColumn="1" w:lastColumn="0" w:noHBand="0" w:noVBand="1"/>
      </w:tblPr>
      <w:tblGrid>
        <w:gridCol w:w="2158"/>
        <w:gridCol w:w="2157"/>
        <w:gridCol w:w="2158"/>
        <w:gridCol w:w="2157"/>
      </w:tblGrid>
      <w:tr w:rsidR="00A46EA7" w:rsidRPr="002C0E7B" w14:paraId="50AB3341" w14:textId="77777777">
        <w:tc>
          <w:tcPr>
            <w:tcW w:w="2160" w:type="dxa"/>
          </w:tcPr>
          <w:p w14:paraId="1B3EBFED" w14:textId="77777777" w:rsidR="00A46EA7" w:rsidRPr="002C0E7B" w:rsidRDefault="00000000">
            <w:pPr>
              <w:rPr>
                <w:rFonts w:ascii="Twinkl Cursive Looped" w:hAnsi="Twinkl Cursive Looped"/>
              </w:rPr>
            </w:pPr>
            <w:r w:rsidRPr="002C0E7B">
              <w:rPr>
                <w:rFonts w:ascii="Twinkl Cursive Looped" w:hAnsi="Twinkl Cursive Looped"/>
              </w:rPr>
              <w:t>Activity</w:t>
            </w:r>
          </w:p>
        </w:tc>
        <w:tc>
          <w:tcPr>
            <w:tcW w:w="2160" w:type="dxa"/>
          </w:tcPr>
          <w:p w14:paraId="5155AA62" w14:textId="77777777" w:rsidR="00A46EA7" w:rsidRPr="002C0E7B" w:rsidRDefault="00000000">
            <w:pPr>
              <w:rPr>
                <w:rFonts w:ascii="Twinkl Cursive Looped" w:hAnsi="Twinkl Cursive Looped"/>
              </w:rPr>
            </w:pPr>
            <w:r w:rsidRPr="002C0E7B">
              <w:rPr>
                <w:rFonts w:ascii="Twinkl Cursive Looped" w:hAnsi="Twinkl Cursive Looped"/>
              </w:rPr>
              <w:t>Cost</w:t>
            </w:r>
          </w:p>
        </w:tc>
        <w:tc>
          <w:tcPr>
            <w:tcW w:w="2160" w:type="dxa"/>
          </w:tcPr>
          <w:p w14:paraId="5E764FC9" w14:textId="77777777" w:rsidR="00A46EA7" w:rsidRPr="002C0E7B" w:rsidRDefault="00000000">
            <w:pPr>
              <w:rPr>
                <w:rFonts w:ascii="Twinkl Cursive Looped" w:hAnsi="Twinkl Cursive Looped"/>
              </w:rPr>
            </w:pPr>
            <w:r w:rsidRPr="002C0E7B">
              <w:rPr>
                <w:rFonts w:ascii="Twinkl Cursive Looped" w:hAnsi="Twinkl Cursive Looped"/>
              </w:rPr>
              <w:t>Evidence</w:t>
            </w:r>
          </w:p>
        </w:tc>
        <w:tc>
          <w:tcPr>
            <w:tcW w:w="2160" w:type="dxa"/>
          </w:tcPr>
          <w:p w14:paraId="7BDFB838" w14:textId="77777777" w:rsidR="00A46EA7" w:rsidRPr="002C0E7B" w:rsidRDefault="00000000">
            <w:pPr>
              <w:rPr>
                <w:rFonts w:ascii="Twinkl Cursive Looped" w:hAnsi="Twinkl Cursive Looped"/>
              </w:rPr>
            </w:pPr>
            <w:r w:rsidRPr="002C0E7B">
              <w:rPr>
                <w:rFonts w:ascii="Twinkl Cursive Looped" w:hAnsi="Twinkl Cursive Looped"/>
              </w:rPr>
              <w:t>Challenges</w:t>
            </w:r>
          </w:p>
        </w:tc>
      </w:tr>
      <w:tr w:rsidR="00A46EA7" w:rsidRPr="002C0E7B" w14:paraId="749A4195" w14:textId="77777777">
        <w:tc>
          <w:tcPr>
            <w:tcW w:w="2160" w:type="dxa"/>
          </w:tcPr>
          <w:p w14:paraId="52DA28A4" w14:textId="77777777" w:rsidR="00A46EA7" w:rsidRPr="002C0E7B" w:rsidRDefault="00000000">
            <w:pPr>
              <w:rPr>
                <w:rFonts w:ascii="Twinkl Cursive Looped" w:hAnsi="Twinkl Cursive Looped"/>
              </w:rPr>
            </w:pPr>
            <w:r w:rsidRPr="002C0E7B">
              <w:rPr>
                <w:rFonts w:ascii="Twinkl Cursive Looped" w:hAnsi="Twinkl Cursive Looped"/>
              </w:rPr>
              <w:t>Qualified teachers covering PPA/MGT time</w:t>
            </w:r>
          </w:p>
        </w:tc>
        <w:tc>
          <w:tcPr>
            <w:tcW w:w="2160" w:type="dxa"/>
          </w:tcPr>
          <w:p w14:paraId="1656083A" w14:textId="77777777" w:rsidR="00A46EA7" w:rsidRPr="002C0E7B" w:rsidRDefault="00000000">
            <w:pPr>
              <w:rPr>
                <w:rFonts w:ascii="Twinkl Cursive Looped" w:hAnsi="Twinkl Cursive Looped"/>
              </w:rPr>
            </w:pPr>
            <w:r w:rsidRPr="002C0E7B">
              <w:rPr>
                <w:rFonts w:ascii="Twinkl Cursive Looped" w:hAnsi="Twinkl Cursive Looped"/>
              </w:rPr>
              <w:t>£27,338</w:t>
            </w:r>
          </w:p>
        </w:tc>
        <w:tc>
          <w:tcPr>
            <w:tcW w:w="2160" w:type="dxa"/>
          </w:tcPr>
          <w:p w14:paraId="7D865B14" w14:textId="77777777" w:rsidR="00A46EA7" w:rsidRPr="002C0E7B" w:rsidRDefault="00000000">
            <w:pPr>
              <w:rPr>
                <w:rFonts w:ascii="Twinkl Cursive Looped" w:hAnsi="Twinkl Cursive Looped"/>
              </w:rPr>
            </w:pPr>
            <w:r w:rsidRPr="002C0E7B">
              <w:rPr>
                <w:rFonts w:ascii="Twinkl Cursive Looped" w:hAnsi="Twinkl Cursive Looped"/>
              </w:rPr>
              <w:t>High-quality teaching has the greatest impact on disadvantaged pupils (EEF).</w:t>
            </w:r>
          </w:p>
        </w:tc>
        <w:tc>
          <w:tcPr>
            <w:tcW w:w="2160" w:type="dxa"/>
          </w:tcPr>
          <w:p w14:paraId="26610F72" w14:textId="77777777" w:rsidR="00A46EA7" w:rsidRPr="002C0E7B" w:rsidRDefault="00000000">
            <w:pPr>
              <w:rPr>
                <w:rFonts w:ascii="Twinkl Cursive Looped" w:hAnsi="Twinkl Cursive Looped"/>
              </w:rPr>
            </w:pPr>
            <w:r w:rsidRPr="002C0E7B">
              <w:rPr>
                <w:rFonts w:ascii="Twinkl Cursive Looped" w:hAnsi="Twinkl Cursive Looped"/>
              </w:rPr>
              <w:t>4, 6</w:t>
            </w:r>
          </w:p>
        </w:tc>
      </w:tr>
      <w:tr w:rsidR="00A46EA7" w:rsidRPr="002C0E7B" w14:paraId="320D5461" w14:textId="77777777">
        <w:tc>
          <w:tcPr>
            <w:tcW w:w="2160" w:type="dxa"/>
          </w:tcPr>
          <w:p w14:paraId="5CD2E1AB" w14:textId="77777777" w:rsidR="00A46EA7" w:rsidRPr="002C0E7B" w:rsidRDefault="00000000">
            <w:pPr>
              <w:rPr>
                <w:rFonts w:ascii="Twinkl Cursive Looped" w:hAnsi="Twinkl Cursive Looped"/>
              </w:rPr>
            </w:pPr>
            <w:r w:rsidRPr="002C0E7B">
              <w:rPr>
                <w:rFonts w:ascii="Twinkl Cursive Looped" w:hAnsi="Twinkl Cursive Looped"/>
              </w:rPr>
              <w:t>Behaviour and inclusion CPD</w:t>
            </w:r>
          </w:p>
        </w:tc>
        <w:tc>
          <w:tcPr>
            <w:tcW w:w="2160" w:type="dxa"/>
          </w:tcPr>
          <w:p w14:paraId="212856BB" w14:textId="77777777" w:rsidR="00A46EA7" w:rsidRPr="002C0E7B" w:rsidRDefault="00000000">
            <w:pPr>
              <w:rPr>
                <w:rFonts w:ascii="Twinkl Cursive Looped" w:hAnsi="Twinkl Cursive Looped"/>
              </w:rPr>
            </w:pPr>
            <w:r w:rsidRPr="002C0E7B">
              <w:rPr>
                <w:rFonts w:ascii="Twinkl Cursive Looped" w:hAnsi="Twinkl Cursive Looped"/>
              </w:rPr>
              <w:t>£340</w:t>
            </w:r>
          </w:p>
        </w:tc>
        <w:tc>
          <w:tcPr>
            <w:tcW w:w="2160" w:type="dxa"/>
          </w:tcPr>
          <w:p w14:paraId="23941635" w14:textId="77777777" w:rsidR="00A46EA7" w:rsidRPr="002C0E7B" w:rsidRDefault="00000000">
            <w:pPr>
              <w:rPr>
                <w:rFonts w:ascii="Twinkl Cursive Looped" w:hAnsi="Twinkl Cursive Looped"/>
              </w:rPr>
            </w:pPr>
            <w:r w:rsidRPr="002C0E7B">
              <w:rPr>
                <w:rFonts w:ascii="Twinkl Cursive Looped" w:hAnsi="Twinkl Cursive Looped"/>
              </w:rPr>
              <w:t>Consistent behaviour approaches improve engagement and attainment.</w:t>
            </w:r>
          </w:p>
        </w:tc>
        <w:tc>
          <w:tcPr>
            <w:tcW w:w="2160" w:type="dxa"/>
          </w:tcPr>
          <w:p w14:paraId="0324B3AB" w14:textId="77777777" w:rsidR="00A46EA7" w:rsidRPr="002C0E7B" w:rsidRDefault="00000000">
            <w:pPr>
              <w:rPr>
                <w:rFonts w:ascii="Twinkl Cursive Looped" w:hAnsi="Twinkl Cursive Looped"/>
              </w:rPr>
            </w:pPr>
            <w:r w:rsidRPr="002C0E7B">
              <w:rPr>
                <w:rFonts w:ascii="Twinkl Cursive Looped" w:hAnsi="Twinkl Cursive Looped"/>
              </w:rPr>
              <w:t>2, 4, 6</w:t>
            </w:r>
          </w:p>
        </w:tc>
      </w:tr>
      <w:tr w:rsidR="00A46EA7" w:rsidRPr="002C0E7B" w14:paraId="6A9BADA9" w14:textId="77777777">
        <w:tc>
          <w:tcPr>
            <w:tcW w:w="2160" w:type="dxa"/>
          </w:tcPr>
          <w:p w14:paraId="446ADBFE" w14:textId="77777777" w:rsidR="00A46EA7" w:rsidRPr="002C0E7B" w:rsidRDefault="00000000">
            <w:pPr>
              <w:rPr>
                <w:rFonts w:ascii="Twinkl Cursive Looped" w:hAnsi="Twinkl Cursive Looped"/>
              </w:rPr>
            </w:pPr>
            <w:r w:rsidRPr="002C0E7B">
              <w:rPr>
                <w:rFonts w:ascii="Twinkl Cursive Looped" w:hAnsi="Twinkl Cursive Looped"/>
              </w:rPr>
              <w:t>RWInc coaching and intervention support</w:t>
            </w:r>
          </w:p>
        </w:tc>
        <w:tc>
          <w:tcPr>
            <w:tcW w:w="2160" w:type="dxa"/>
          </w:tcPr>
          <w:p w14:paraId="52866614" w14:textId="77777777" w:rsidR="00A46EA7" w:rsidRPr="002C0E7B" w:rsidRDefault="00000000">
            <w:pPr>
              <w:rPr>
                <w:rFonts w:ascii="Twinkl Cursive Looped" w:hAnsi="Twinkl Cursive Looped"/>
              </w:rPr>
            </w:pPr>
            <w:r w:rsidRPr="002C0E7B">
              <w:rPr>
                <w:rFonts w:ascii="Twinkl Cursive Looped" w:hAnsi="Twinkl Cursive Looped"/>
              </w:rPr>
              <w:t>£2,400</w:t>
            </w:r>
          </w:p>
        </w:tc>
        <w:tc>
          <w:tcPr>
            <w:tcW w:w="2160" w:type="dxa"/>
          </w:tcPr>
          <w:p w14:paraId="0907000F" w14:textId="77777777" w:rsidR="00A46EA7" w:rsidRPr="002C0E7B" w:rsidRDefault="00000000">
            <w:pPr>
              <w:rPr>
                <w:rFonts w:ascii="Twinkl Cursive Looped" w:hAnsi="Twinkl Cursive Looped"/>
              </w:rPr>
            </w:pPr>
            <w:r w:rsidRPr="002C0E7B">
              <w:rPr>
                <w:rFonts w:ascii="Twinkl Cursive Looped" w:hAnsi="Twinkl Cursive Looped"/>
              </w:rPr>
              <w:t>Systematic phonics and reading support accelerate literacy progress.</w:t>
            </w:r>
          </w:p>
        </w:tc>
        <w:tc>
          <w:tcPr>
            <w:tcW w:w="2160" w:type="dxa"/>
          </w:tcPr>
          <w:p w14:paraId="6C99FD6A" w14:textId="77777777" w:rsidR="00A46EA7" w:rsidRPr="002C0E7B" w:rsidRDefault="00000000">
            <w:pPr>
              <w:rPr>
                <w:rFonts w:ascii="Twinkl Cursive Looped" w:hAnsi="Twinkl Cursive Looped"/>
              </w:rPr>
            </w:pPr>
            <w:r w:rsidRPr="002C0E7B">
              <w:rPr>
                <w:rFonts w:ascii="Twinkl Cursive Looped" w:hAnsi="Twinkl Cursive Looped"/>
              </w:rPr>
              <w:t>4, 6</w:t>
            </w:r>
          </w:p>
        </w:tc>
      </w:tr>
    </w:tbl>
    <w:p w14:paraId="71622ACC" w14:textId="77777777" w:rsidR="00A46EA7" w:rsidRPr="002C0E7B" w:rsidRDefault="00A46EA7">
      <w:pPr>
        <w:rPr>
          <w:rFonts w:ascii="Twinkl Cursive Looped" w:hAnsi="Twinkl Cursive Looped"/>
        </w:rPr>
      </w:pPr>
    </w:p>
    <w:p w14:paraId="5E10BE5B" w14:textId="77777777" w:rsidR="00A46EA7" w:rsidRPr="002C0E7B" w:rsidRDefault="00000000">
      <w:pPr>
        <w:pStyle w:val="Heading1"/>
        <w:rPr>
          <w:rFonts w:ascii="Twinkl Cursive Looped" w:hAnsi="Twinkl Cursive Looped"/>
          <w:color w:val="auto"/>
        </w:rPr>
      </w:pPr>
      <w:r w:rsidRPr="002C0E7B">
        <w:rPr>
          <w:rFonts w:ascii="Twinkl Cursive Looped" w:hAnsi="Twinkl Cursive Looped"/>
          <w:color w:val="auto"/>
        </w:rPr>
        <w:lastRenderedPageBreak/>
        <w:t>Targeted Academic Support (£5,928)</w:t>
      </w:r>
    </w:p>
    <w:tbl>
      <w:tblPr>
        <w:tblStyle w:val="TableGrid"/>
        <w:tblW w:w="0" w:type="auto"/>
        <w:tblLook w:val="04A0" w:firstRow="1" w:lastRow="0" w:firstColumn="1" w:lastColumn="0" w:noHBand="0" w:noVBand="1"/>
      </w:tblPr>
      <w:tblGrid>
        <w:gridCol w:w="2158"/>
        <w:gridCol w:w="2157"/>
        <w:gridCol w:w="2158"/>
        <w:gridCol w:w="2157"/>
      </w:tblGrid>
      <w:tr w:rsidR="00A46EA7" w:rsidRPr="002C0E7B" w14:paraId="1D725E38" w14:textId="77777777">
        <w:tc>
          <w:tcPr>
            <w:tcW w:w="2160" w:type="dxa"/>
          </w:tcPr>
          <w:p w14:paraId="436398C7" w14:textId="77777777" w:rsidR="00A46EA7" w:rsidRPr="002C0E7B" w:rsidRDefault="00000000">
            <w:pPr>
              <w:rPr>
                <w:rFonts w:ascii="Twinkl Cursive Looped" w:hAnsi="Twinkl Cursive Looped"/>
              </w:rPr>
            </w:pPr>
            <w:r w:rsidRPr="002C0E7B">
              <w:rPr>
                <w:rFonts w:ascii="Twinkl Cursive Looped" w:hAnsi="Twinkl Cursive Looped"/>
              </w:rPr>
              <w:t>Activity</w:t>
            </w:r>
          </w:p>
        </w:tc>
        <w:tc>
          <w:tcPr>
            <w:tcW w:w="2160" w:type="dxa"/>
          </w:tcPr>
          <w:p w14:paraId="5EE8DD76" w14:textId="77777777" w:rsidR="00A46EA7" w:rsidRPr="002C0E7B" w:rsidRDefault="00000000">
            <w:pPr>
              <w:rPr>
                <w:rFonts w:ascii="Twinkl Cursive Looped" w:hAnsi="Twinkl Cursive Looped"/>
              </w:rPr>
            </w:pPr>
            <w:r w:rsidRPr="002C0E7B">
              <w:rPr>
                <w:rFonts w:ascii="Twinkl Cursive Looped" w:hAnsi="Twinkl Cursive Looped"/>
              </w:rPr>
              <w:t>Cost</w:t>
            </w:r>
          </w:p>
        </w:tc>
        <w:tc>
          <w:tcPr>
            <w:tcW w:w="2160" w:type="dxa"/>
          </w:tcPr>
          <w:p w14:paraId="2684E989" w14:textId="77777777" w:rsidR="00A46EA7" w:rsidRPr="002C0E7B" w:rsidRDefault="00000000">
            <w:pPr>
              <w:rPr>
                <w:rFonts w:ascii="Twinkl Cursive Looped" w:hAnsi="Twinkl Cursive Looped"/>
              </w:rPr>
            </w:pPr>
            <w:r w:rsidRPr="002C0E7B">
              <w:rPr>
                <w:rFonts w:ascii="Twinkl Cursive Looped" w:hAnsi="Twinkl Cursive Looped"/>
              </w:rPr>
              <w:t>Evidence</w:t>
            </w:r>
          </w:p>
        </w:tc>
        <w:tc>
          <w:tcPr>
            <w:tcW w:w="2160" w:type="dxa"/>
          </w:tcPr>
          <w:p w14:paraId="53FFF54D" w14:textId="77777777" w:rsidR="00A46EA7" w:rsidRPr="002C0E7B" w:rsidRDefault="00000000">
            <w:pPr>
              <w:rPr>
                <w:rFonts w:ascii="Twinkl Cursive Looped" w:hAnsi="Twinkl Cursive Looped"/>
              </w:rPr>
            </w:pPr>
            <w:r w:rsidRPr="002C0E7B">
              <w:rPr>
                <w:rFonts w:ascii="Twinkl Cursive Looped" w:hAnsi="Twinkl Cursive Looped"/>
              </w:rPr>
              <w:t>Challenges</w:t>
            </w:r>
          </w:p>
        </w:tc>
      </w:tr>
      <w:tr w:rsidR="00A46EA7" w:rsidRPr="002C0E7B" w14:paraId="148509E1" w14:textId="77777777">
        <w:tc>
          <w:tcPr>
            <w:tcW w:w="2160" w:type="dxa"/>
          </w:tcPr>
          <w:p w14:paraId="47955C9D" w14:textId="77777777" w:rsidR="00A46EA7" w:rsidRPr="002C0E7B" w:rsidRDefault="00000000">
            <w:pPr>
              <w:rPr>
                <w:rFonts w:ascii="Twinkl Cursive Looped" w:hAnsi="Twinkl Cursive Looped"/>
              </w:rPr>
            </w:pPr>
            <w:r w:rsidRPr="002C0E7B">
              <w:rPr>
                <w:rFonts w:ascii="Twinkl Cursive Looped" w:hAnsi="Twinkl Cursive Looped"/>
              </w:rPr>
              <w:t>IDL Literacy Programme</w:t>
            </w:r>
          </w:p>
        </w:tc>
        <w:tc>
          <w:tcPr>
            <w:tcW w:w="2160" w:type="dxa"/>
          </w:tcPr>
          <w:p w14:paraId="480EDDCF" w14:textId="77777777" w:rsidR="00A46EA7" w:rsidRPr="002C0E7B" w:rsidRDefault="00000000">
            <w:pPr>
              <w:rPr>
                <w:rFonts w:ascii="Twinkl Cursive Looped" w:hAnsi="Twinkl Cursive Looped"/>
              </w:rPr>
            </w:pPr>
            <w:r w:rsidRPr="002C0E7B">
              <w:rPr>
                <w:rFonts w:ascii="Twinkl Cursive Looped" w:hAnsi="Twinkl Cursive Looped"/>
              </w:rPr>
              <w:t>£1,006.28</w:t>
            </w:r>
          </w:p>
        </w:tc>
        <w:tc>
          <w:tcPr>
            <w:tcW w:w="2160" w:type="dxa"/>
          </w:tcPr>
          <w:p w14:paraId="7D6021D1" w14:textId="77777777" w:rsidR="00A46EA7" w:rsidRPr="002C0E7B" w:rsidRDefault="00000000">
            <w:pPr>
              <w:rPr>
                <w:rFonts w:ascii="Twinkl Cursive Looped" w:hAnsi="Twinkl Cursive Looped"/>
              </w:rPr>
            </w:pPr>
            <w:r w:rsidRPr="002C0E7B">
              <w:rPr>
                <w:rFonts w:ascii="Twinkl Cursive Looped" w:hAnsi="Twinkl Cursive Looped"/>
              </w:rPr>
              <w:t>Personalised literacy intervention for pupils with reading and writing difficulties.</w:t>
            </w:r>
          </w:p>
        </w:tc>
        <w:tc>
          <w:tcPr>
            <w:tcW w:w="2160" w:type="dxa"/>
          </w:tcPr>
          <w:p w14:paraId="6BFE4409" w14:textId="77777777" w:rsidR="00A46EA7" w:rsidRPr="002C0E7B" w:rsidRDefault="00000000">
            <w:pPr>
              <w:rPr>
                <w:rFonts w:ascii="Twinkl Cursive Looped" w:hAnsi="Twinkl Cursive Looped"/>
              </w:rPr>
            </w:pPr>
            <w:r w:rsidRPr="002C0E7B">
              <w:rPr>
                <w:rFonts w:ascii="Twinkl Cursive Looped" w:hAnsi="Twinkl Cursive Looped"/>
              </w:rPr>
              <w:t>4, 6</w:t>
            </w:r>
          </w:p>
        </w:tc>
      </w:tr>
      <w:tr w:rsidR="00A46EA7" w:rsidRPr="002C0E7B" w14:paraId="672095E2" w14:textId="77777777">
        <w:tc>
          <w:tcPr>
            <w:tcW w:w="2160" w:type="dxa"/>
          </w:tcPr>
          <w:p w14:paraId="4ED8B2E9" w14:textId="77777777" w:rsidR="00A46EA7" w:rsidRPr="002C0E7B" w:rsidRDefault="00000000">
            <w:pPr>
              <w:rPr>
                <w:rFonts w:ascii="Twinkl Cursive Looped" w:hAnsi="Twinkl Cursive Looped"/>
              </w:rPr>
            </w:pPr>
            <w:r w:rsidRPr="002C0E7B">
              <w:rPr>
                <w:rFonts w:ascii="Twinkl Cursive Looped" w:hAnsi="Twinkl Cursive Looped"/>
              </w:rPr>
              <w:t>Read Write Inc Interventions</w:t>
            </w:r>
          </w:p>
        </w:tc>
        <w:tc>
          <w:tcPr>
            <w:tcW w:w="2160" w:type="dxa"/>
          </w:tcPr>
          <w:p w14:paraId="6A547AFF" w14:textId="77777777" w:rsidR="00A46EA7" w:rsidRPr="002C0E7B" w:rsidRDefault="00000000">
            <w:pPr>
              <w:rPr>
                <w:rFonts w:ascii="Twinkl Cursive Looped" w:hAnsi="Twinkl Cursive Looped"/>
              </w:rPr>
            </w:pPr>
            <w:r w:rsidRPr="002C0E7B">
              <w:rPr>
                <w:rFonts w:ascii="Twinkl Cursive Looped" w:hAnsi="Twinkl Cursive Looped"/>
              </w:rPr>
              <w:t>£4,922</w:t>
            </w:r>
          </w:p>
        </w:tc>
        <w:tc>
          <w:tcPr>
            <w:tcW w:w="2160" w:type="dxa"/>
          </w:tcPr>
          <w:p w14:paraId="45FF671F" w14:textId="77777777" w:rsidR="00A46EA7" w:rsidRPr="002C0E7B" w:rsidRDefault="00000000">
            <w:pPr>
              <w:rPr>
                <w:rFonts w:ascii="Twinkl Cursive Looped" w:hAnsi="Twinkl Cursive Looped"/>
              </w:rPr>
            </w:pPr>
            <w:r w:rsidRPr="002C0E7B">
              <w:rPr>
                <w:rFonts w:ascii="Twinkl Cursive Looped" w:hAnsi="Twinkl Cursive Looped"/>
              </w:rPr>
              <w:t>Targeted small group phonics and reading support.</w:t>
            </w:r>
          </w:p>
        </w:tc>
        <w:tc>
          <w:tcPr>
            <w:tcW w:w="2160" w:type="dxa"/>
          </w:tcPr>
          <w:p w14:paraId="7223EBF9" w14:textId="77777777" w:rsidR="00A46EA7" w:rsidRPr="002C0E7B" w:rsidRDefault="00000000">
            <w:pPr>
              <w:rPr>
                <w:rFonts w:ascii="Twinkl Cursive Looped" w:hAnsi="Twinkl Cursive Looped"/>
              </w:rPr>
            </w:pPr>
            <w:r w:rsidRPr="002C0E7B">
              <w:rPr>
                <w:rFonts w:ascii="Twinkl Cursive Looped" w:hAnsi="Twinkl Cursive Looped"/>
              </w:rPr>
              <w:t>4, 6</w:t>
            </w:r>
          </w:p>
        </w:tc>
      </w:tr>
    </w:tbl>
    <w:p w14:paraId="6822E4A1" w14:textId="77777777" w:rsidR="00A46EA7" w:rsidRPr="002C0E7B" w:rsidRDefault="00A46EA7">
      <w:pPr>
        <w:rPr>
          <w:rFonts w:ascii="Twinkl Cursive Looped" w:hAnsi="Twinkl Cursive Looped"/>
        </w:rPr>
      </w:pPr>
    </w:p>
    <w:p w14:paraId="1DA9D30D" w14:textId="77777777" w:rsidR="00A46EA7" w:rsidRPr="002C0E7B" w:rsidRDefault="00000000">
      <w:pPr>
        <w:pStyle w:val="Heading1"/>
        <w:rPr>
          <w:rFonts w:ascii="Twinkl Cursive Looped" w:hAnsi="Twinkl Cursive Looped"/>
          <w:color w:val="auto"/>
        </w:rPr>
      </w:pPr>
      <w:r w:rsidRPr="002C0E7B">
        <w:rPr>
          <w:rFonts w:ascii="Twinkl Cursive Looped" w:hAnsi="Twinkl Cursive Looped"/>
          <w:color w:val="auto"/>
        </w:rPr>
        <w:t>Wider Strategies (£42,513)</w:t>
      </w:r>
    </w:p>
    <w:tbl>
      <w:tblPr>
        <w:tblStyle w:val="TableGrid"/>
        <w:tblW w:w="0" w:type="auto"/>
        <w:tblLook w:val="04A0" w:firstRow="1" w:lastRow="0" w:firstColumn="1" w:lastColumn="0" w:noHBand="0" w:noVBand="1"/>
      </w:tblPr>
      <w:tblGrid>
        <w:gridCol w:w="2158"/>
        <w:gridCol w:w="2156"/>
        <w:gridCol w:w="2159"/>
        <w:gridCol w:w="2157"/>
      </w:tblGrid>
      <w:tr w:rsidR="00A46EA7" w:rsidRPr="002C0E7B" w14:paraId="69581FE0" w14:textId="77777777">
        <w:tc>
          <w:tcPr>
            <w:tcW w:w="2160" w:type="dxa"/>
          </w:tcPr>
          <w:p w14:paraId="1712560B" w14:textId="77777777" w:rsidR="00A46EA7" w:rsidRPr="002C0E7B" w:rsidRDefault="00000000">
            <w:pPr>
              <w:rPr>
                <w:rFonts w:ascii="Twinkl Cursive Looped" w:hAnsi="Twinkl Cursive Looped"/>
              </w:rPr>
            </w:pPr>
            <w:r w:rsidRPr="002C0E7B">
              <w:rPr>
                <w:rFonts w:ascii="Twinkl Cursive Looped" w:hAnsi="Twinkl Cursive Looped"/>
              </w:rPr>
              <w:t>Activity</w:t>
            </w:r>
          </w:p>
        </w:tc>
        <w:tc>
          <w:tcPr>
            <w:tcW w:w="2160" w:type="dxa"/>
          </w:tcPr>
          <w:p w14:paraId="357B9FF1" w14:textId="77777777" w:rsidR="00A46EA7" w:rsidRPr="002C0E7B" w:rsidRDefault="00000000">
            <w:pPr>
              <w:rPr>
                <w:rFonts w:ascii="Twinkl Cursive Looped" w:hAnsi="Twinkl Cursive Looped"/>
              </w:rPr>
            </w:pPr>
            <w:r w:rsidRPr="002C0E7B">
              <w:rPr>
                <w:rFonts w:ascii="Twinkl Cursive Looped" w:hAnsi="Twinkl Cursive Looped"/>
              </w:rPr>
              <w:t>Cost</w:t>
            </w:r>
          </w:p>
        </w:tc>
        <w:tc>
          <w:tcPr>
            <w:tcW w:w="2160" w:type="dxa"/>
          </w:tcPr>
          <w:p w14:paraId="62B3A003" w14:textId="77777777" w:rsidR="00A46EA7" w:rsidRPr="002C0E7B" w:rsidRDefault="00000000">
            <w:pPr>
              <w:rPr>
                <w:rFonts w:ascii="Twinkl Cursive Looped" w:hAnsi="Twinkl Cursive Looped"/>
              </w:rPr>
            </w:pPr>
            <w:r w:rsidRPr="002C0E7B">
              <w:rPr>
                <w:rFonts w:ascii="Twinkl Cursive Looped" w:hAnsi="Twinkl Cursive Looped"/>
              </w:rPr>
              <w:t>Purpose</w:t>
            </w:r>
          </w:p>
        </w:tc>
        <w:tc>
          <w:tcPr>
            <w:tcW w:w="2160" w:type="dxa"/>
          </w:tcPr>
          <w:p w14:paraId="200E8D86" w14:textId="77777777" w:rsidR="00A46EA7" w:rsidRPr="002C0E7B" w:rsidRDefault="00000000">
            <w:pPr>
              <w:rPr>
                <w:rFonts w:ascii="Twinkl Cursive Looped" w:hAnsi="Twinkl Cursive Looped"/>
              </w:rPr>
            </w:pPr>
            <w:r w:rsidRPr="002C0E7B">
              <w:rPr>
                <w:rFonts w:ascii="Twinkl Cursive Looped" w:hAnsi="Twinkl Cursive Looped"/>
              </w:rPr>
              <w:t>Challenges</w:t>
            </w:r>
          </w:p>
        </w:tc>
      </w:tr>
      <w:tr w:rsidR="00A46EA7" w:rsidRPr="002C0E7B" w14:paraId="57EBF891" w14:textId="77777777">
        <w:tc>
          <w:tcPr>
            <w:tcW w:w="2160" w:type="dxa"/>
          </w:tcPr>
          <w:p w14:paraId="74CBB82D" w14:textId="77777777" w:rsidR="00A46EA7" w:rsidRPr="002C0E7B" w:rsidRDefault="00000000">
            <w:pPr>
              <w:rPr>
                <w:rFonts w:ascii="Twinkl Cursive Looped" w:hAnsi="Twinkl Cursive Looped"/>
              </w:rPr>
            </w:pPr>
            <w:r w:rsidRPr="002C0E7B">
              <w:rPr>
                <w:rFonts w:ascii="Twinkl Cursive Looped" w:hAnsi="Twinkl Cursive Looped"/>
              </w:rPr>
              <w:t>Pastoral Teaching Assistants</w:t>
            </w:r>
          </w:p>
        </w:tc>
        <w:tc>
          <w:tcPr>
            <w:tcW w:w="2160" w:type="dxa"/>
          </w:tcPr>
          <w:p w14:paraId="46659474" w14:textId="77777777" w:rsidR="00A46EA7" w:rsidRPr="002C0E7B" w:rsidRDefault="00000000">
            <w:pPr>
              <w:rPr>
                <w:rFonts w:ascii="Twinkl Cursive Looped" w:hAnsi="Twinkl Cursive Looped"/>
              </w:rPr>
            </w:pPr>
            <w:r w:rsidRPr="002C0E7B">
              <w:rPr>
                <w:rFonts w:ascii="Twinkl Cursive Looped" w:hAnsi="Twinkl Cursive Looped"/>
              </w:rPr>
              <w:t>£2,625</w:t>
            </w:r>
          </w:p>
        </w:tc>
        <w:tc>
          <w:tcPr>
            <w:tcW w:w="2160" w:type="dxa"/>
          </w:tcPr>
          <w:p w14:paraId="41FCF497" w14:textId="77777777" w:rsidR="00A46EA7" w:rsidRPr="002C0E7B" w:rsidRDefault="00000000">
            <w:pPr>
              <w:rPr>
                <w:rFonts w:ascii="Twinkl Cursive Looped" w:hAnsi="Twinkl Cursive Looped"/>
              </w:rPr>
            </w:pPr>
            <w:r w:rsidRPr="002C0E7B">
              <w:rPr>
                <w:rFonts w:ascii="Twinkl Cursive Looped" w:hAnsi="Twinkl Cursive Looped"/>
              </w:rPr>
              <w:t>Deliver SEMH and pastoral interventions.</w:t>
            </w:r>
          </w:p>
        </w:tc>
        <w:tc>
          <w:tcPr>
            <w:tcW w:w="2160" w:type="dxa"/>
          </w:tcPr>
          <w:p w14:paraId="20402584" w14:textId="77777777" w:rsidR="00A46EA7" w:rsidRPr="002C0E7B" w:rsidRDefault="00000000">
            <w:pPr>
              <w:rPr>
                <w:rFonts w:ascii="Twinkl Cursive Looped" w:hAnsi="Twinkl Cursive Looped"/>
              </w:rPr>
            </w:pPr>
            <w:r w:rsidRPr="002C0E7B">
              <w:rPr>
                <w:rFonts w:ascii="Twinkl Cursive Looped" w:hAnsi="Twinkl Cursive Looped"/>
              </w:rPr>
              <w:t>1,2,3,4,5,6</w:t>
            </w:r>
          </w:p>
        </w:tc>
      </w:tr>
      <w:tr w:rsidR="00A46EA7" w:rsidRPr="002C0E7B" w14:paraId="75E0F5C2" w14:textId="77777777">
        <w:tc>
          <w:tcPr>
            <w:tcW w:w="2160" w:type="dxa"/>
          </w:tcPr>
          <w:p w14:paraId="12ABB4AF" w14:textId="77777777" w:rsidR="00A46EA7" w:rsidRPr="002C0E7B" w:rsidRDefault="00000000">
            <w:pPr>
              <w:rPr>
                <w:rFonts w:ascii="Twinkl Cursive Looped" w:hAnsi="Twinkl Cursive Looped"/>
              </w:rPr>
            </w:pPr>
            <w:r w:rsidRPr="002C0E7B">
              <w:rPr>
                <w:rFonts w:ascii="Twinkl Cursive Looped" w:hAnsi="Twinkl Cursive Looped"/>
              </w:rPr>
              <w:t>Learning Mentor</w:t>
            </w:r>
          </w:p>
        </w:tc>
        <w:tc>
          <w:tcPr>
            <w:tcW w:w="2160" w:type="dxa"/>
          </w:tcPr>
          <w:p w14:paraId="603F6787" w14:textId="77777777" w:rsidR="00A46EA7" w:rsidRPr="002C0E7B" w:rsidRDefault="00000000">
            <w:pPr>
              <w:rPr>
                <w:rFonts w:ascii="Twinkl Cursive Looped" w:hAnsi="Twinkl Cursive Looped"/>
              </w:rPr>
            </w:pPr>
            <w:r w:rsidRPr="002C0E7B">
              <w:rPr>
                <w:rFonts w:ascii="Twinkl Cursive Looped" w:hAnsi="Twinkl Cursive Looped"/>
              </w:rPr>
              <w:t>£35,998</w:t>
            </w:r>
          </w:p>
        </w:tc>
        <w:tc>
          <w:tcPr>
            <w:tcW w:w="2160" w:type="dxa"/>
          </w:tcPr>
          <w:p w14:paraId="7B738A98" w14:textId="77777777" w:rsidR="00A46EA7" w:rsidRPr="002C0E7B" w:rsidRDefault="00000000">
            <w:pPr>
              <w:rPr>
                <w:rFonts w:ascii="Twinkl Cursive Looped" w:hAnsi="Twinkl Cursive Looped"/>
              </w:rPr>
            </w:pPr>
            <w:r w:rsidRPr="002C0E7B">
              <w:rPr>
                <w:rFonts w:ascii="Twinkl Cursive Looped" w:hAnsi="Twinkl Cursive Looped"/>
              </w:rPr>
              <w:t>Family support, wellbeing, attendance and intervention work.</w:t>
            </w:r>
          </w:p>
        </w:tc>
        <w:tc>
          <w:tcPr>
            <w:tcW w:w="2160" w:type="dxa"/>
          </w:tcPr>
          <w:p w14:paraId="1A98E048" w14:textId="77777777" w:rsidR="00A46EA7" w:rsidRPr="002C0E7B" w:rsidRDefault="00000000">
            <w:pPr>
              <w:rPr>
                <w:rFonts w:ascii="Twinkl Cursive Looped" w:hAnsi="Twinkl Cursive Looped"/>
              </w:rPr>
            </w:pPr>
            <w:r w:rsidRPr="002C0E7B">
              <w:rPr>
                <w:rFonts w:ascii="Twinkl Cursive Looped" w:hAnsi="Twinkl Cursive Looped"/>
              </w:rPr>
              <w:t>1,2,3,4,5,6</w:t>
            </w:r>
          </w:p>
        </w:tc>
      </w:tr>
      <w:tr w:rsidR="00A46EA7" w:rsidRPr="002C0E7B" w14:paraId="780843DA" w14:textId="77777777">
        <w:tc>
          <w:tcPr>
            <w:tcW w:w="2160" w:type="dxa"/>
          </w:tcPr>
          <w:p w14:paraId="5240F7E1" w14:textId="77777777" w:rsidR="00A46EA7" w:rsidRPr="002C0E7B" w:rsidRDefault="00000000">
            <w:pPr>
              <w:rPr>
                <w:rFonts w:ascii="Twinkl Cursive Looped" w:hAnsi="Twinkl Cursive Looped"/>
              </w:rPr>
            </w:pPr>
            <w:r w:rsidRPr="002C0E7B">
              <w:rPr>
                <w:rFonts w:ascii="Twinkl Cursive Looped" w:hAnsi="Twinkl Cursive Looped"/>
              </w:rPr>
              <w:t>Attendance Administrator</w:t>
            </w:r>
          </w:p>
        </w:tc>
        <w:tc>
          <w:tcPr>
            <w:tcW w:w="2160" w:type="dxa"/>
          </w:tcPr>
          <w:p w14:paraId="21725BDD" w14:textId="77777777" w:rsidR="00A46EA7" w:rsidRPr="002C0E7B" w:rsidRDefault="00000000">
            <w:pPr>
              <w:rPr>
                <w:rFonts w:ascii="Twinkl Cursive Looped" w:hAnsi="Twinkl Cursive Looped"/>
              </w:rPr>
            </w:pPr>
            <w:r w:rsidRPr="002C0E7B">
              <w:rPr>
                <w:rFonts w:ascii="Twinkl Cursive Looped" w:hAnsi="Twinkl Cursive Looped"/>
              </w:rPr>
              <w:t>£3,281</w:t>
            </w:r>
          </w:p>
        </w:tc>
        <w:tc>
          <w:tcPr>
            <w:tcW w:w="2160" w:type="dxa"/>
          </w:tcPr>
          <w:p w14:paraId="3B3B010E" w14:textId="77777777" w:rsidR="00A46EA7" w:rsidRPr="002C0E7B" w:rsidRDefault="00000000">
            <w:pPr>
              <w:rPr>
                <w:rFonts w:ascii="Twinkl Cursive Looped" w:hAnsi="Twinkl Cursive Looped"/>
              </w:rPr>
            </w:pPr>
            <w:r w:rsidRPr="002C0E7B">
              <w:rPr>
                <w:rFonts w:ascii="Twinkl Cursive Looped" w:hAnsi="Twinkl Cursive Looped"/>
              </w:rPr>
              <w:t>Monitor attendance and act swiftly on concerns.</w:t>
            </w:r>
          </w:p>
        </w:tc>
        <w:tc>
          <w:tcPr>
            <w:tcW w:w="2160" w:type="dxa"/>
          </w:tcPr>
          <w:p w14:paraId="61A452C5" w14:textId="77777777" w:rsidR="00A46EA7" w:rsidRPr="002C0E7B" w:rsidRDefault="00000000">
            <w:pPr>
              <w:rPr>
                <w:rFonts w:ascii="Twinkl Cursive Looped" w:hAnsi="Twinkl Cursive Looped"/>
              </w:rPr>
            </w:pPr>
            <w:r w:rsidRPr="002C0E7B">
              <w:rPr>
                <w:rFonts w:ascii="Twinkl Cursive Looped" w:hAnsi="Twinkl Cursive Looped"/>
              </w:rPr>
              <w:t>1,2,3,4,5,6</w:t>
            </w:r>
          </w:p>
        </w:tc>
      </w:tr>
      <w:tr w:rsidR="00A46EA7" w:rsidRPr="002C0E7B" w14:paraId="4E97A65A" w14:textId="77777777">
        <w:tc>
          <w:tcPr>
            <w:tcW w:w="2160" w:type="dxa"/>
          </w:tcPr>
          <w:p w14:paraId="701FFECC" w14:textId="77777777" w:rsidR="00A46EA7" w:rsidRPr="002C0E7B" w:rsidRDefault="00000000">
            <w:pPr>
              <w:rPr>
                <w:rFonts w:ascii="Twinkl Cursive Looped" w:hAnsi="Twinkl Cursive Looped"/>
              </w:rPr>
            </w:pPr>
            <w:r w:rsidRPr="002C0E7B">
              <w:rPr>
                <w:rFonts w:ascii="Twinkl Cursive Looped" w:hAnsi="Twinkl Cursive Looped"/>
              </w:rPr>
              <w:t>Forest School</w:t>
            </w:r>
          </w:p>
        </w:tc>
        <w:tc>
          <w:tcPr>
            <w:tcW w:w="2160" w:type="dxa"/>
          </w:tcPr>
          <w:p w14:paraId="167EDB03" w14:textId="77777777" w:rsidR="00A46EA7" w:rsidRPr="002C0E7B" w:rsidRDefault="00000000">
            <w:pPr>
              <w:rPr>
                <w:rFonts w:ascii="Twinkl Cursive Looped" w:hAnsi="Twinkl Cursive Looped"/>
              </w:rPr>
            </w:pPr>
            <w:r w:rsidRPr="002C0E7B">
              <w:rPr>
                <w:rFonts w:ascii="Twinkl Cursive Looped" w:hAnsi="Twinkl Cursive Looped"/>
              </w:rPr>
              <w:t>£549</w:t>
            </w:r>
          </w:p>
        </w:tc>
        <w:tc>
          <w:tcPr>
            <w:tcW w:w="2160" w:type="dxa"/>
          </w:tcPr>
          <w:p w14:paraId="1BA4C228" w14:textId="77777777" w:rsidR="00A46EA7" w:rsidRPr="002C0E7B" w:rsidRDefault="00000000">
            <w:pPr>
              <w:rPr>
                <w:rFonts w:ascii="Twinkl Cursive Looped" w:hAnsi="Twinkl Cursive Looped"/>
              </w:rPr>
            </w:pPr>
            <w:r w:rsidRPr="002C0E7B">
              <w:rPr>
                <w:rFonts w:ascii="Twinkl Cursive Looped" w:hAnsi="Twinkl Cursive Looped"/>
              </w:rPr>
              <w:t>Develop resilience, communication and wellbeing.</w:t>
            </w:r>
          </w:p>
        </w:tc>
        <w:tc>
          <w:tcPr>
            <w:tcW w:w="2160" w:type="dxa"/>
          </w:tcPr>
          <w:p w14:paraId="1AB937A0" w14:textId="77777777" w:rsidR="00A46EA7" w:rsidRPr="002C0E7B" w:rsidRDefault="00000000">
            <w:pPr>
              <w:rPr>
                <w:rFonts w:ascii="Twinkl Cursive Looped" w:hAnsi="Twinkl Cursive Looped"/>
              </w:rPr>
            </w:pPr>
            <w:r w:rsidRPr="002C0E7B">
              <w:rPr>
                <w:rFonts w:ascii="Twinkl Cursive Looped" w:hAnsi="Twinkl Cursive Looped"/>
              </w:rPr>
              <w:t>1,2,3,4</w:t>
            </w:r>
          </w:p>
        </w:tc>
      </w:tr>
    </w:tbl>
    <w:p w14:paraId="2AD5B180" w14:textId="77777777" w:rsidR="00A46EA7" w:rsidRPr="002C0E7B" w:rsidRDefault="00A46EA7">
      <w:pPr>
        <w:rPr>
          <w:rFonts w:ascii="Twinkl Cursive Looped" w:hAnsi="Twinkl Cursive Looped"/>
        </w:rPr>
      </w:pPr>
    </w:p>
    <w:p w14:paraId="63073711" w14:textId="77777777" w:rsidR="00A46EA7" w:rsidRPr="002C0E7B" w:rsidRDefault="00000000">
      <w:pPr>
        <w:pStyle w:val="Heading1"/>
        <w:rPr>
          <w:rFonts w:ascii="Twinkl Cursive Looped" w:hAnsi="Twinkl Cursive Looped"/>
          <w:color w:val="auto"/>
        </w:rPr>
      </w:pPr>
      <w:r w:rsidRPr="002C0E7B">
        <w:rPr>
          <w:rFonts w:ascii="Twinkl Cursive Looped" w:hAnsi="Twinkl Cursive Looped"/>
          <w:color w:val="auto"/>
        </w:rPr>
        <w:t>Outcomes for Disadvantaged Pupils (2023-24)</w:t>
      </w:r>
    </w:p>
    <w:tbl>
      <w:tblPr>
        <w:tblStyle w:val="TableGrid"/>
        <w:tblW w:w="0" w:type="auto"/>
        <w:tblLook w:val="04A0" w:firstRow="1" w:lastRow="0" w:firstColumn="1" w:lastColumn="0" w:noHBand="0" w:noVBand="1"/>
      </w:tblPr>
      <w:tblGrid>
        <w:gridCol w:w="4315"/>
        <w:gridCol w:w="4315"/>
      </w:tblGrid>
      <w:tr w:rsidR="00A46EA7" w:rsidRPr="002C0E7B" w14:paraId="36444C62" w14:textId="77777777">
        <w:tc>
          <w:tcPr>
            <w:tcW w:w="4320" w:type="dxa"/>
          </w:tcPr>
          <w:p w14:paraId="26D87087" w14:textId="77777777" w:rsidR="00A46EA7" w:rsidRPr="002C0E7B" w:rsidRDefault="00000000">
            <w:pPr>
              <w:rPr>
                <w:rFonts w:ascii="Twinkl Cursive Looped" w:hAnsi="Twinkl Cursive Looped"/>
              </w:rPr>
            </w:pPr>
            <w:r w:rsidRPr="002C0E7B">
              <w:rPr>
                <w:rFonts w:ascii="Twinkl Cursive Looped" w:hAnsi="Twinkl Cursive Looped"/>
              </w:rPr>
              <w:t>Subject</w:t>
            </w:r>
          </w:p>
        </w:tc>
        <w:tc>
          <w:tcPr>
            <w:tcW w:w="4320" w:type="dxa"/>
          </w:tcPr>
          <w:p w14:paraId="5861AD5A" w14:textId="77777777" w:rsidR="00A46EA7" w:rsidRPr="002C0E7B" w:rsidRDefault="00000000">
            <w:pPr>
              <w:rPr>
                <w:rFonts w:ascii="Twinkl Cursive Looped" w:hAnsi="Twinkl Cursive Looped"/>
              </w:rPr>
            </w:pPr>
            <w:r w:rsidRPr="002C0E7B">
              <w:rPr>
                <w:rFonts w:ascii="Twinkl Cursive Looped" w:hAnsi="Twinkl Cursive Looped"/>
              </w:rPr>
              <w:t>Expected Standard</w:t>
            </w:r>
          </w:p>
        </w:tc>
      </w:tr>
      <w:tr w:rsidR="00A46EA7" w:rsidRPr="002C0E7B" w14:paraId="3A54CF7E" w14:textId="77777777">
        <w:tc>
          <w:tcPr>
            <w:tcW w:w="4320" w:type="dxa"/>
          </w:tcPr>
          <w:p w14:paraId="75331AA6" w14:textId="77777777" w:rsidR="00A46EA7" w:rsidRPr="002C0E7B" w:rsidRDefault="00000000">
            <w:pPr>
              <w:rPr>
                <w:rFonts w:ascii="Twinkl Cursive Looped" w:hAnsi="Twinkl Cursive Looped"/>
              </w:rPr>
            </w:pPr>
            <w:r w:rsidRPr="002C0E7B">
              <w:rPr>
                <w:rFonts w:ascii="Twinkl Cursive Looped" w:hAnsi="Twinkl Cursive Looped"/>
              </w:rPr>
              <w:t>Reading</w:t>
            </w:r>
          </w:p>
        </w:tc>
        <w:tc>
          <w:tcPr>
            <w:tcW w:w="4320" w:type="dxa"/>
          </w:tcPr>
          <w:p w14:paraId="44924458" w14:textId="77777777" w:rsidR="00A46EA7" w:rsidRPr="002C0E7B" w:rsidRDefault="00000000">
            <w:pPr>
              <w:rPr>
                <w:rFonts w:ascii="Twinkl Cursive Looped" w:hAnsi="Twinkl Cursive Looped"/>
              </w:rPr>
            </w:pPr>
            <w:r w:rsidRPr="002C0E7B">
              <w:rPr>
                <w:rFonts w:ascii="Twinkl Cursive Looped" w:hAnsi="Twinkl Cursive Looped"/>
              </w:rPr>
              <w:t>83%</w:t>
            </w:r>
          </w:p>
        </w:tc>
      </w:tr>
      <w:tr w:rsidR="00A46EA7" w:rsidRPr="002C0E7B" w14:paraId="5E15987F" w14:textId="77777777">
        <w:tc>
          <w:tcPr>
            <w:tcW w:w="4320" w:type="dxa"/>
          </w:tcPr>
          <w:p w14:paraId="62A8E159" w14:textId="77777777" w:rsidR="00A46EA7" w:rsidRPr="002C0E7B" w:rsidRDefault="00000000">
            <w:pPr>
              <w:rPr>
                <w:rFonts w:ascii="Twinkl Cursive Looped" w:hAnsi="Twinkl Cursive Looped"/>
              </w:rPr>
            </w:pPr>
            <w:r w:rsidRPr="002C0E7B">
              <w:rPr>
                <w:rFonts w:ascii="Twinkl Cursive Looped" w:hAnsi="Twinkl Cursive Looped"/>
              </w:rPr>
              <w:t>Writing</w:t>
            </w:r>
          </w:p>
        </w:tc>
        <w:tc>
          <w:tcPr>
            <w:tcW w:w="4320" w:type="dxa"/>
          </w:tcPr>
          <w:p w14:paraId="03DA059A" w14:textId="77777777" w:rsidR="00A46EA7" w:rsidRPr="002C0E7B" w:rsidRDefault="00000000">
            <w:pPr>
              <w:rPr>
                <w:rFonts w:ascii="Twinkl Cursive Looped" w:hAnsi="Twinkl Cursive Looped"/>
              </w:rPr>
            </w:pPr>
            <w:r w:rsidRPr="002C0E7B">
              <w:rPr>
                <w:rFonts w:ascii="Twinkl Cursive Looped" w:hAnsi="Twinkl Cursive Looped"/>
              </w:rPr>
              <w:t>67%</w:t>
            </w:r>
          </w:p>
        </w:tc>
      </w:tr>
      <w:tr w:rsidR="00A46EA7" w:rsidRPr="002C0E7B" w14:paraId="3FFDE610" w14:textId="77777777">
        <w:tc>
          <w:tcPr>
            <w:tcW w:w="4320" w:type="dxa"/>
          </w:tcPr>
          <w:p w14:paraId="7D8818C6" w14:textId="77777777" w:rsidR="00A46EA7" w:rsidRPr="002C0E7B" w:rsidRDefault="00000000">
            <w:pPr>
              <w:rPr>
                <w:rFonts w:ascii="Twinkl Cursive Looped" w:hAnsi="Twinkl Cursive Looped"/>
              </w:rPr>
            </w:pPr>
            <w:r w:rsidRPr="002C0E7B">
              <w:rPr>
                <w:rFonts w:ascii="Twinkl Cursive Looped" w:hAnsi="Twinkl Cursive Looped"/>
              </w:rPr>
              <w:t>Mathematics</w:t>
            </w:r>
          </w:p>
        </w:tc>
        <w:tc>
          <w:tcPr>
            <w:tcW w:w="4320" w:type="dxa"/>
          </w:tcPr>
          <w:p w14:paraId="692B5F8F" w14:textId="77777777" w:rsidR="00A46EA7" w:rsidRPr="002C0E7B" w:rsidRDefault="00000000">
            <w:pPr>
              <w:rPr>
                <w:rFonts w:ascii="Twinkl Cursive Looped" w:hAnsi="Twinkl Cursive Looped"/>
              </w:rPr>
            </w:pPr>
            <w:r w:rsidRPr="002C0E7B">
              <w:rPr>
                <w:rFonts w:ascii="Twinkl Cursive Looped" w:hAnsi="Twinkl Cursive Looped"/>
              </w:rPr>
              <w:t>67%</w:t>
            </w:r>
          </w:p>
        </w:tc>
      </w:tr>
    </w:tbl>
    <w:p w14:paraId="0A6FC9FC" w14:textId="77777777" w:rsidR="00A46EA7" w:rsidRPr="002C0E7B" w:rsidRDefault="00A46EA7">
      <w:pPr>
        <w:rPr>
          <w:rFonts w:ascii="Twinkl Cursive Looped" w:hAnsi="Twinkl Cursive Looped"/>
        </w:rPr>
      </w:pPr>
    </w:p>
    <w:p w14:paraId="7DA477AC" w14:textId="77777777" w:rsidR="00A46EA7" w:rsidRPr="002C0E7B" w:rsidRDefault="00000000">
      <w:pPr>
        <w:pStyle w:val="Heading1"/>
        <w:rPr>
          <w:rFonts w:ascii="Twinkl Cursive Looped" w:hAnsi="Twinkl Cursive Looped"/>
          <w:color w:val="auto"/>
        </w:rPr>
      </w:pPr>
      <w:r w:rsidRPr="002C0E7B">
        <w:rPr>
          <w:rFonts w:ascii="Twinkl Cursive Looped" w:hAnsi="Twinkl Cursive Looped"/>
          <w:color w:val="auto"/>
        </w:rPr>
        <w:t>Externally Provided Programmes</w:t>
      </w:r>
    </w:p>
    <w:tbl>
      <w:tblPr>
        <w:tblStyle w:val="TableGrid"/>
        <w:tblW w:w="0" w:type="auto"/>
        <w:tblLook w:val="04A0" w:firstRow="1" w:lastRow="0" w:firstColumn="1" w:lastColumn="0" w:noHBand="0" w:noVBand="1"/>
      </w:tblPr>
      <w:tblGrid>
        <w:gridCol w:w="4315"/>
        <w:gridCol w:w="4315"/>
      </w:tblGrid>
      <w:tr w:rsidR="00A46EA7" w:rsidRPr="002C0E7B" w14:paraId="0CF02BF6" w14:textId="77777777">
        <w:tc>
          <w:tcPr>
            <w:tcW w:w="4320" w:type="dxa"/>
          </w:tcPr>
          <w:p w14:paraId="29900B5B" w14:textId="77777777" w:rsidR="00A46EA7" w:rsidRPr="002C0E7B" w:rsidRDefault="00000000">
            <w:pPr>
              <w:rPr>
                <w:rFonts w:ascii="Twinkl Cursive Looped" w:hAnsi="Twinkl Cursive Looped"/>
              </w:rPr>
            </w:pPr>
            <w:r w:rsidRPr="002C0E7B">
              <w:rPr>
                <w:rFonts w:ascii="Twinkl Cursive Looped" w:hAnsi="Twinkl Cursive Looped"/>
              </w:rPr>
              <w:t>Programme</w:t>
            </w:r>
          </w:p>
        </w:tc>
        <w:tc>
          <w:tcPr>
            <w:tcW w:w="4320" w:type="dxa"/>
          </w:tcPr>
          <w:p w14:paraId="16105DEE" w14:textId="77777777" w:rsidR="00A46EA7" w:rsidRPr="002C0E7B" w:rsidRDefault="00000000">
            <w:pPr>
              <w:rPr>
                <w:rFonts w:ascii="Twinkl Cursive Looped" w:hAnsi="Twinkl Cursive Looped"/>
              </w:rPr>
            </w:pPr>
            <w:r w:rsidRPr="002C0E7B">
              <w:rPr>
                <w:rFonts w:ascii="Twinkl Cursive Looped" w:hAnsi="Twinkl Cursive Looped"/>
              </w:rPr>
              <w:t>Provider</w:t>
            </w:r>
          </w:p>
        </w:tc>
      </w:tr>
      <w:tr w:rsidR="00A46EA7" w:rsidRPr="002C0E7B" w14:paraId="6A127BDF" w14:textId="77777777">
        <w:tc>
          <w:tcPr>
            <w:tcW w:w="4320" w:type="dxa"/>
          </w:tcPr>
          <w:p w14:paraId="74D32E31" w14:textId="77777777" w:rsidR="00A46EA7" w:rsidRPr="002C0E7B" w:rsidRDefault="00000000">
            <w:pPr>
              <w:rPr>
                <w:rFonts w:ascii="Twinkl Cursive Looped" w:hAnsi="Twinkl Cursive Looped"/>
              </w:rPr>
            </w:pPr>
            <w:r w:rsidRPr="002C0E7B">
              <w:rPr>
                <w:rFonts w:ascii="Twinkl Cursive Looped" w:hAnsi="Twinkl Cursive Looped"/>
              </w:rPr>
              <w:t>IDL English</w:t>
            </w:r>
          </w:p>
        </w:tc>
        <w:tc>
          <w:tcPr>
            <w:tcW w:w="4320" w:type="dxa"/>
          </w:tcPr>
          <w:p w14:paraId="64A005FC" w14:textId="77777777" w:rsidR="00A46EA7" w:rsidRPr="002C0E7B" w:rsidRDefault="00000000">
            <w:pPr>
              <w:rPr>
                <w:rFonts w:ascii="Twinkl Cursive Looped" w:hAnsi="Twinkl Cursive Looped"/>
              </w:rPr>
            </w:pPr>
            <w:r w:rsidRPr="002C0E7B">
              <w:rPr>
                <w:rFonts w:ascii="Twinkl Cursive Looped" w:hAnsi="Twinkl Cursive Looped"/>
              </w:rPr>
              <w:t>IDL</w:t>
            </w:r>
          </w:p>
        </w:tc>
      </w:tr>
      <w:tr w:rsidR="00A46EA7" w:rsidRPr="002C0E7B" w14:paraId="40082008" w14:textId="77777777">
        <w:tc>
          <w:tcPr>
            <w:tcW w:w="4320" w:type="dxa"/>
          </w:tcPr>
          <w:p w14:paraId="6227065B" w14:textId="77777777" w:rsidR="00A46EA7" w:rsidRPr="002C0E7B" w:rsidRDefault="00000000">
            <w:pPr>
              <w:rPr>
                <w:rFonts w:ascii="Twinkl Cursive Looped" w:hAnsi="Twinkl Cursive Looped"/>
              </w:rPr>
            </w:pPr>
            <w:r w:rsidRPr="002C0E7B">
              <w:rPr>
                <w:rFonts w:ascii="Twinkl Cursive Looped" w:hAnsi="Twinkl Cursive Looped"/>
              </w:rPr>
              <w:t>RWInc Phonics</w:t>
            </w:r>
          </w:p>
        </w:tc>
        <w:tc>
          <w:tcPr>
            <w:tcW w:w="4320" w:type="dxa"/>
          </w:tcPr>
          <w:p w14:paraId="0E2BC3ED" w14:textId="77777777" w:rsidR="00A46EA7" w:rsidRPr="002C0E7B" w:rsidRDefault="00000000">
            <w:pPr>
              <w:rPr>
                <w:rFonts w:ascii="Twinkl Cursive Looped" w:hAnsi="Twinkl Cursive Looped"/>
              </w:rPr>
            </w:pPr>
            <w:r w:rsidRPr="002C0E7B">
              <w:rPr>
                <w:rFonts w:ascii="Twinkl Cursive Looped" w:hAnsi="Twinkl Cursive Looped"/>
              </w:rPr>
              <w:t>Ruth Miskin</w:t>
            </w:r>
          </w:p>
        </w:tc>
      </w:tr>
      <w:tr w:rsidR="00A46EA7" w:rsidRPr="002C0E7B" w14:paraId="49565BB7" w14:textId="77777777">
        <w:tc>
          <w:tcPr>
            <w:tcW w:w="4320" w:type="dxa"/>
          </w:tcPr>
          <w:p w14:paraId="12C1B0F2" w14:textId="77777777" w:rsidR="00A46EA7" w:rsidRPr="002C0E7B" w:rsidRDefault="00000000">
            <w:pPr>
              <w:rPr>
                <w:rFonts w:ascii="Twinkl Cursive Looped" w:hAnsi="Twinkl Cursive Looped"/>
              </w:rPr>
            </w:pPr>
            <w:r w:rsidRPr="002C0E7B">
              <w:rPr>
                <w:rFonts w:ascii="Twinkl Cursive Looped" w:hAnsi="Twinkl Cursive Looped"/>
              </w:rPr>
              <w:t>Kidsafe</w:t>
            </w:r>
          </w:p>
        </w:tc>
        <w:tc>
          <w:tcPr>
            <w:tcW w:w="4320" w:type="dxa"/>
          </w:tcPr>
          <w:p w14:paraId="2BADE5D1" w14:textId="77777777" w:rsidR="00A46EA7" w:rsidRPr="002C0E7B" w:rsidRDefault="00000000">
            <w:pPr>
              <w:rPr>
                <w:rFonts w:ascii="Twinkl Cursive Looped" w:hAnsi="Twinkl Cursive Looped"/>
              </w:rPr>
            </w:pPr>
            <w:r w:rsidRPr="002C0E7B">
              <w:rPr>
                <w:rFonts w:ascii="Twinkl Cursive Looped" w:hAnsi="Twinkl Cursive Looped"/>
              </w:rPr>
              <w:t>Kidsafe</w:t>
            </w:r>
          </w:p>
        </w:tc>
      </w:tr>
    </w:tbl>
    <w:p w14:paraId="11095EB0" w14:textId="77777777" w:rsidR="00A46EA7" w:rsidRPr="002C0E7B" w:rsidRDefault="00A46EA7">
      <w:pPr>
        <w:rPr>
          <w:rFonts w:ascii="Twinkl Cursive Looped" w:hAnsi="Twinkl Cursive Looped"/>
        </w:rPr>
      </w:pPr>
    </w:p>
    <w:p w14:paraId="2F824C4C" w14:textId="77777777" w:rsidR="00A46EA7" w:rsidRPr="002C0E7B" w:rsidRDefault="00000000">
      <w:pPr>
        <w:pStyle w:val="Heading1"/>
        <w:rPr>
          <w:rFonts w:ascii="Twinkl Cursive Looped" w:hAnsi="Twinkl Cursive Looped"/>
          <w:color w:val="auto"/>
        </w:rPr>
      </w:pPr>
      <w:r w:rsidRPr="002C0E7B">
        <w:rPr>
          <w:rFonts w:ascii="Twinkl Cursive Looped" w:hAnsi="Twinkl Cursive Looped"/>
          <w:color w:val="auto"/>
        </w:rPr>
        <w:lastRenderedPageBreak/>
        <w:t>Additional Information</w:t>
      </w:r>
    </w:p>
    <w:tbl>
      <w:tblPr>
        <w:tblStyle w:val="TableGrid"/>
        <w:tblW w:w="0" w:type="auto"/>
        <w:tblLook w:val="04A0" w:firstRow="1" w:lastRow="0" w:firstColumn="1" w:lastColumn="0" w:noHBand="0" w:noVBand="1"/>
      </w:tblPr>
      <w:tblGrid>
        <w:gridCol w:w="4315"/>
        <w:gridCol w:w="4315"/>
      </w:tblGrid>
      <w:tr w:rsidR="00A46EA7" w:rsidRPr="002C0E7B" w14:paraId="0A101DC5" w14:textId="77777777">
        <w:tc>
          <w:tcPr>
            <w:tcW w:w="4320" w:type="dxa"/>
          </w:tcPr>
          <w:p w14:paraId="34B5C897" w14:textId="77777777" w:rsidR="00A46EA7" w:rsidRPr="002C0E7B" w:rsidRDefault="00000000">
            <w:pPr>
              <w:rPr>
                <w:rFonts w:ascii="Twinkl Cursive Looped" w:hAnsi="Twinkl Cursive Looped"/>
              </w:rPr>
            </w:pPr>
            <w:r w:rsidRPr="002C0E7B">
              <w:rPr>
                <w:rFonts w:ascii="Twinkl Cursive Looped" w:hAnsi="Twinkl Cursive Looped"/>
              </w:rPr>
              <w:t>Area</w:t>
            </w:r>
          </w:p>
        </w:tc>
        <w:tc>
          <w:tcPr>
            <w:tcW w:w="4320" w:type="dxa"/>
          </w:tcPr>
          <w:p w14:paraId="3CDD1F8C" w14:textId="77777777" w:rsidR="00A46EA7" w:rsidRPr="002C0E7B" w:rsidRDefault="00000000">
            <w:pPr>
              <w:rPr>
                <w:rFonts w:ascii="Twinkl Cursive Looped" w:hAnsi="Twinkl Cursive Looped"/>
              </w:rPr>
            </w:pPr>
            <w:r w:rsidRPr="002C0E7B">
              <w:rPr>
                <w:rFonts w:ascii="Twinkl Cursive Looped" w:hAnsi="Twinkl Cursive Looped"/>
              </w:rPr>
              <w:t>Information</w:t>
            </w:r>
          </w:p>
        </w:tc>
      </w:tr>
      <w:tr w:rsidR="00A46EA7" w:rsidRPr="002C0E7B" w14:paraId="12AFEA86" w14:textId="77777777">
        <w:tc>
          <w:tcPr>
            <w:tcW w:w="4320" w:type="dxa"/>
          </w:tcPr>
          <w:p w14:paraId="2752D53A" w14:textId="77777777" w:rsidR="00A46EA7" w:rsidRPr="002C0E7B" w:rsidRDefault="00000000">
            <w:pPr>
              <w:rPr>
                <w:rFonts w:ascii="Twinkl Cursive Looped" w:hAnsi="Twinkl Cursive Looped"/>
              </w:rPr>
            </w:pPr>
            <w:r w:rsidRPr="002C0E7B">
              <w:rPr>
                <w:rFonts w:ascii="Twinkl Cursive Looped" w:hAnsi="Twinkl Cursive Looped"/>
              </w:rPr>
              <w:t>Educational Visits</w:t>
            </w:r>
          </w:p>
        </w:tc>
        <w:tc>
          <w:tcPr>
            <w:tcW w:w="4320" w:type="dxa"/>
          </w:tcPr>
          <w:p w14:paraId="2FCAD090" w14:textId="77777777" w:rsidR="00A46EA7" w:rsidRPr="002C0E7B" w:rsidRDefault="00000000">
            <w:pPr>
              <w:rPr>
                <w:rFonts w:ascii="Twinkl Cursive Looped" w:hAnsi="Twinkl Cursive Looped"/>
              </w:rPr>
            </w:pPr>
            <w:r w:rsidRPr="002C0E7B">
              <w:rPr>
                <w:rFonts w:ascii="Twinkl Cursive Looped" w:hAnsi="Twinkl Cursive Looped"/>
              </w:rPr>
              <w:t>Funding supports participation in visits and residential experiences.</w:t>
            </w:r>
          </w:p>
        </w:tc>
      </w:tr>
      <w:tr w:rsidR="00A46EA7" w:rsidRPr="002C0E7B" w14:paraId="2036953E" w14:textId="77777777">
        <w:tc>
          <w:tcPr>
            <w:tcW w:w="4320" w:type="dxa"/>
          </w:tcPr>
          <w:p w14:paraId="01C4D1BA" w14:textId="77777777" w:rsidR="00A46EA7" w:rsidRPr="002C0E7B" w:rsidRDefault="00000000">
            <w:pPr>
              <w:rPr>
                <w:rFonts w:ascii="Twinkl Cursive Looped" w:hAnsi="Twinkl Cursive Looped"/>
              </w:rPr>
            </w:pPr>
            <w:r w:rsidRPr="002C0E7B">
              <w:rPr>
                <w:rFonts w:ascii="Twinkl Cursive Looped" w:hAnsi="Twinkl Cursive Looped"/>
              </w:rPr>
              <w:t>Community Context</w:t>
            </w:r>
          </w:p>
        </w:tc>
        <w:tc>
          <w:tcPr>
            <w:tcW w:w="4320" w:type="dxa"/>
          </w:tcPr>
          <w:p w14:paraId="76AE8523" w14:textId="77777777" w:rsidR="00A46EA7" w:rsidRPr="002C0E7B" w:rsidRDefault="00000000">
            <w:pPr>
              <w:rPr>
                <w:rFonts w:ascii="Twinkl Cursive Looped" w:hAnsi="Twinkl Cursive Looped"/>
              </w:rPr>
            </w:pPr>
            <w:r w:rsidRPr="002C0E7B">
              <w:rPr>
                <w:rFonts w:ascii="Twinkl Cursive Looped" w:hAnsi="Twinkl Cursive Looped"/>
              </w:rPr>
              <w:t>Although PPG numbers have reduced over time, levels of need across the school community remain significant.</w:t>
            </w:r>
          </w:p>
        </w:tc>
      </w:tr>
    </w:tbl>
    <w:p w14:paraId="690829F0" w14:textId="77777777" w:rsidR="00A46EA7" w:rsidRPr="002C0E7B" w:rsidRDefault="00A46EA7">
      <w:pPr>
        <w:rPr>
          <w:rFonts w:ascii="Twinkl Cursive Looped" w:hAnsi="Twinkl Cursive Looped"/>
        </w:rPr>
      </w:pPr>
    </w:p>
    <w:sectPr w:rsidR="00A46EA7" w:rsidRPr="002C0E7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08626622">
    <w:abstractNumId w:val="8"/>
  </w:num>
  <w:num w:numId="2" w16cid:durableId="1808089007">
    <w:abstractNumId w:val="6"/>
  </w:num>
  <w:num w:numId="3" w16cid:durableId="920599313">
    <w:abstractNumId w:val="5"/>
  </w:num>
  <w:num w:numId="4" w16cid:durableId="1395349067">
    <w:abstractNumId w:val="4"/>
  </w:num>
  <w:num w:numId="5" w16cid:durableId="586959315">
    <w:abstractNumId w:val="7"/>
  </w:num>
  <w:num w:numId="6" w16cid:durableId="17973878">
    <w:abstractNumId w:val="3"/>
  </w:num>
  <w:num w:numId="7" w16cid:durableId="196697633">
    <w:abstractNumId w:val="2"/>
  </w:num>
  <w:num w:numId="8" w16cid:durableId="324556520">
    <w:abstractNumId w:val="1"/>
  </w:num>
  <w:num w:numId="9" w16cid:durableId="55664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C0E7B"/>
    <w:rsid w:val="00326F90"/>
    <w:rsid w:val="00A46EA7"/>
    <w:rsid w:val="00AA1D8D"/>
    <w:rsid w:val="00B47730"/>
    <w:rsid w:val="00CB0664"/>
    <w:rsid w:val="00F3115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2C5171"/>
  <w14:defaultImageDpi w14:val="300"/>
  <w15:docId w15:val="{BE66D4E3-E781-4D49-87D9-2AA7133CE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500</Words>
  <Characters>2852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7047, head</dc:creator>
  <cp:keywords/>
  <dc:description>generated by python-docx</dc:description>
  <cp:lastModifiedBy>7047, head</cp:lastModifiedBy>
  <cp:revision>2</cp:revision>
  <dcterms:created xsi:type="dcterms:W3CDTF">2026-07-09T17:14:00Z</dcterms:created>
  <dcterms:modified xsi:type="dcterms:W3CDTF">2026-07-09T17:14:00Z</dcterms:modified>
  <cp:category/>
</cp:coreProperties>
</file>